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9A" w:rsidRPr="0049179A" w:rsidRDefault="00686E44" w:rsidP="0049179A">
      <w:pPr>
        <w:rPr>
          <w:lang w:val="ru-RU"/>
        </w:rPr>
        <w:sectPr w:rsidR="0049179A" w:rsidRPr="0049179A">
          <w:type w:val="continuous"/>
          <w:pgSz w:w="11900" w:h="16840"/>
          <w:pgMar w:top="820" w:right="560" w:bottom="280" w:left="560" w:header="720" w:footer="720" w:gutter="0"/>
          <w:cols w:space="720"/>
        </w:sectPr>
      </w:pPr>
      <w:r>
        <w:rPr>
          <w:lang w:val="ru-RU"/>
        </w:rPr>
        <w:t xml:space="preserve">    </w:t>
      </w:r>
      <w:r w:rsidR="002E16B1">
        <w:rPr>
          <w:noProof/>
          <w:lang w:val="ru-RU" w:eastAsia="ru-RU"/>
        </w:rPr>
        <w:drawing>
          <wp:inline distT="0" distB="0" distL="0" distR="0" wp14:anchorId="28190D3B" wp14:editId="4AE7FFA5">
            <wp:extent cx="6845300" cy="9415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</w:t>
      </w:r>
    </w:p>
    <w:p w:rsidR="00686E44" w:rsidRDefault="00686E44" w:rsidP="0049179A">
      <w:pPr>
        <w:autoSpaceDE w:val="0"/>
        <w:autoSpaceDN w:val="0"/>
        <w:spacing w:after="0" w:line="228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49179A" w:rsidRDefault="00686E44" w:rsidP="0049179A">
      <w:pPr>
        <w:autoSpaceDE w:val="0"/>
        <w:autoSpaceDN w:val="0"/>
        <w:spacing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                                    </w:t>
      </w:r>
      <w:r w:rsidR="0049179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9179A" w:rsidRDefault="0049179A" w:rsidP="0049179A">
      <w:pPr>
        <w:autoSpaceDE w:val="0"/>
        <w:autoSpaceDN w:val="0"/>
        <w:spacing w:before="346" w:after="0"/>
        <w:ind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началь​ного общего образования Федерального государственного обра​зовательного стандарта начального общего образования (да​лее — ФГОС НОО), а также ориентирована на целевые приори​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теты, сформулированные в Примерной программе воспитания.</w:t>
      </w:r>
    </w:p>
    <w:p w:rsidR="0049179A" w:rsidRDefault="0049179A" w:rsidP="0049179A">
      <w:pPr>
        <w:autoSpaceDE w:val="0"/>
        <w:autoSpaceDN w:val="0"/>
        <w:spacing w:before="19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49179A" w:rsidRDefault="0049179A" w:rsidP="0049179A">
      <w:pPr>
        <w:autoSpaceDE w:val="0"/>
        <w:autoSpaceDN w:val="0"/>
        <w:spacing w:before="192" w:after="0" w:line="288" w:lineRule="auto"/>
        <w:ind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на​чальной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значительным потенциа​лом в развитии функциональной грамотности младших школь​ников, особенно таких её компонентов, как языковая, комму​никативная, читательская, общекультурная и социальная гра​мотность.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различ​ных сферах и ситуациях общения способствуют успешной соци​ализации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фор​мировании самосознания и мировоззрения личности, является важнейшим средством хранения и передачи информации, куль​турных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духовно​нрав​ственных ценностей, принятых в обществе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:rsidR="0049179A" w:rsidRDefault="0049179A" w:rsidP="0049179A">
      <w:pPr>
        <w:autoSpaceDE w:val="0"/>
        <w:autoSpaceDN w:val="0"/>
        <w:spacing w:before="70" w:after="0" w:line="285" w:lineRule="auto"/>
        <w:ind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планиру​емых результатов обучения является признание равной значимости работы по изучению системы языка и работы по совер​шенствованию речи младших школьников. Языковой материал призван сформировать первоначальные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письмен​ного общения. Ряд задач по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 речевой дея​тельности решаются совместно с учебным предметом «Литера​турное чтение».</w:t>
      </w:r>
    </w:p>
    <w:p w:rsidR="0049179A" w:rsidRDefault="0049179A" w:rsidP="0049179A">
      <w:pPr>
        <w:autoSpaceDE w:val="0"/>
        <w:autoSpaceDN w:val="0"/>
        <w:spacing w:before="7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язы​ка», во 2 классе — 170 ч. </w:t>
      </w:r>
    </w:p>
    <w:p w:rsidR="0049179A" w:rsidRDefault="0049179A" w:rsidP="0049179A">
      <w:pPr>
        <w:autoSpaceDE w:val="0"/>
        <w:autoSpaceDN w:val="0"/>
        <w:spacing w:before="190" w:after="0" w:line="228" w:lineRule="auto"/>
        <w:ind w:left="180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179A" w:rsidRDefault="0049179A" w:rsidP="0049179A">
      <w:pPr>
        <w:autoSpaceDE w:val="0"/>
        <w:autoSpaceDN w:val="0"/>
        <w:spacing w:before="190" w:after="0" w:line="228" w:lineRule="auto"/>
        <w:ind w:left="180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179A" w:rsidRDefault="0049179A" w:rsidP="0049179A">
      <w:pPr>
        <w:autoSpaceDE w:val="0"/>
        <w:autoSpaceDN w:val="0"/>
        <w:spacing w:before="19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ЦЕЛИ ИЗУЧЕНИЯ УЧЕБНОГО ПРЕДМЕТА "РУССКИЙ ЯЗЫК"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436" w:right="650" w:bottom="476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/>
        <w:ind w:right="144"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дей​ствий на материале русского языка станут фундаментом обучения в основном звене школы, а также будут востребованы в жизни.</w:t>
      </w:r>
    </w:p>
    <w:p w:rsidR="0049179A" w:rsidRDefault="0049179A" w:rsidP="0049179A">
      <w:pPr>
        <w:autoSpaceDE w:val="0"/>
        <w:autoSpaceDN w:val="0"/>
        <w:spacing w:before="7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49179A" w:rsidRDefault="0049179A" w:rsidP="0049179A">
      <w:pPr>
        <w:autoSpaceDE w:val="0"/>
        <w:autoSpaceDN w:val="0"/>
        <w:spacing w:before="178" w:after="0" w:line="280" w:lineRule="auto"/>
        <w:ind w:left="4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язы​ка как государственного языка Российской Федерации; пони​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об​щения; осознание правильной устной и письменной речи как показателя общей культуры человека;</w:t>
      </w:r>
    </w:p>
    <w:p w:rsidR="0049179A" w:rsidRDefault="0049179A" w:rsidP="0049179A">
      <w:pPr>
        <w:autoSpaceDE w:val="0"/>
        <w:autoSpaceDN w:val="0"/>
        <w:spacing w:before="192" w:after="0" w:line="268" w:lineRule="auto"/>
        <w:ind w:left="420" w:right="115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ос​нове первоначальных представлений о нормах современного русского литературного языка: аудированием, говорением, чте​нием, письмом;</w:t>
      </w:r>
    </w:p>
    <w:p w:rsidR="0049179A" w:rsidRDefault="0049179A" w:rsidP="0049179A">
      <w:pPr>
        <w:autoSpaceDE w:val="0"/>
        <w:autoSpaceDN w:val="0"/>
        <w:spacing w:before="190" w:after="0" w:line="280" w:lineRule="auto"/>
        <w:ind w:left="4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морфе​мике, морфологии и синтаксисе; об основных единицах языка, их признаках и особенностях употребления в речи; использова​ние в речевой деятельности норм современного русского литера​турного языка (орфоэпических, лексических, грамматических, орфографических, пунктуационных) и речевого этикета;</w:t>
      </w:r>
    </w:p>
    <w:p w:rsidR="0049179A" w:rsidRDefault="0049179A" w:rsidP="0049179A">
      <w:pPr>
        <w:autoSpaceDE w:val="0"/>
        <w:autoSpaceDN w:val="0"/>
        <w:spacing w:before="190" w:after="0" w:line="261" w:lineRule="auto"/>
        <w:ind w:left="420" w:right="100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98" w:right="742" w:bottom="1440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346" w:after="0"/>
        <w:ind w:right="576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 и явле​ние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85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Смыслоразличительная функция звуков; различение звуков и букв; различение ударных 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безударных гласных звуков, твёрдых и мягких согласных звуков, звонких и глухих соглас​ных звуков; шипящие согласные звуки [ж], [ш], [ч’], [щ’]; обозначение на письме твёрдости и мягкости согласных звуков, функции букв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согласный звук [й’] и гласный звук [и] (повторение изученного в 1 классе). 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 мяг​кий, парный — непарный; согласный звонкий — глухой, пар​ный — непарный. Функции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 показатель мягкости предшествующего соглас​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ного в конце и в середине слова; разделительный. Использова​ние на письме разделительных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ъ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ь.</w:t>
      </w:r>
    </w:p>
    <w:p w:rsidR="0049179A" w:rsidRDefault="0049179A" w:rsidP="0049179A">
      <w:pPr>
        <w:autoSpaceDE w:val="0"/>
        <w:autoSpaceDN w:val="0"/>
        <w:spacing w:before="70" w:after="0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звукового и буквенного состава в словах с бук​вами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(в начале слова и после гласных). Деление слов на слоги (в том числе при стечении соглас​ных).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нике). Использование отработанного перечня слов (орфоэпиче​ского словаря учебника) для решения практических задач.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80" w:lineRule="auto"/>
        <w:ind w:right="432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Слово как единство звучания и значения. Лексическое значе​ние слова (общее представление). Выявление слов, значение которых требует уточнения. Определение значения слова по тек​сту или уточнение значения с помощью толкового словаря. Однозначные и многозначные слова (простые случаи, наблю​дение). Наблюдение за использованием в речи синонимов, антонимов.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2" w:after="0" w:line="280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слова. Однокоренные (род​ственные)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неиз​меняемых слов. Суффикс как часть слова (наблюдение). Приставка как часть слова (наблюдение).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80" w:lineRule="auto"/>
        <w:ind w:right="288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Имя существительное (ознакомление): общее значение, во​просы («кто?», «что?»), употребление в речи. Глагол (ознакомление): общее значение, вопросы («что де​лать?», «что сделать?» и др.), употребление в речи. Имя прилагательное (ознакомление): общее значение, вопро​сы («какой?»,«какая?», «какое?», «какие?»), употребление в речи. Предлог. Отличие предлогов от приставок. Наиболее распро​странённые предлоги: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в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на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из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без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над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до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у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о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и др.</w:t>
      </w:r>
    </w:p>
    <w:p w:rsidR="0049179A" w:rsidRDefault="0049179A" w:rsidP="0049179A">
      <w:pPr>
        <w:autoSpaceDE w:val="0"/>
        <w:autoSpaceDN w:val="0"/>
        <w:spacing w:before="190" w:after="0" w:line="261" w:lineRule="auto"/>
        <w:ind w:left="180" w:right="288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Порядок слов в предложении; связь слов в предложении (по​вторение). Предложение как единица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98" w:right="650" w:bottom="432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66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языка. Предложение и слово. От​личие предложения от слова. Наблюдение за выделением в уст​ной речи одного из слов предложения (логическое ударение). Виды предложений по цели высказывания: повествователь​ные, вопросительные, побудительные предложения. Виды предложений по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эмоциональной окраске (по интона​ции): восклицательные и невосклицательные предложения.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Прописная буква в начале предложения и в именах собствен​ных (имена, фамилии, клички животных); знаки препинания в конце предложения; перенос слов со строки на строку (без учё​та морфемного членения слова); гласные после шипящих в соче​таниях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(в положении под ударением),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сочетания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чн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(повторение правил правописания, изученных в 1 классе). Орфографическая зоркость как осознание места возможного возникновения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орфо​графического словаря учебника для определения (уточнения) написания слова. Контроль и самоконтроль при проверке соб​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ственных и предложенных текстов. Орфографическая зоркость как осознание места возможного возникновения 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</w:t>
      </w:r>
      <w:r>
        <w:rPr>
          <w:rFonts w:ascii="Cambria Math" w:eastAsia="DejaVu Serif" w:hAnsi="Cambria Math" w:cs="Cambria Math"/>
          <w:color w:val="000000"/>
          <w:sz w:val="24"/>
          <w:lang w:val="ru-RU"/>
        </w:rPr>
        <w:t>‐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графического словаря учебника для определения (уточнения) написания слова. Контроль 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самоконтроль при проверке соб​ственных и предложенных текстов.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70" w:after="0" w:line="285" w:lineRule="auto"/>
        <w:ind w:right="576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разделительный мягкий знак;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·  сочетания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проверяемые безударные гласные в корне слова;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парные звонкие и глухие согласные в корне слова;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непроверяемые гласные и согласные (перечень слов в орфо​графическом словаре учебника);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прописная буква в именах собственных: имена, фамилии, от​чества людей, клички животных, географические названия;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·  раздельное написание предлогов с именами существитель​ными.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Выбор языковых средств в соответствии с целями и условия​ми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поддер​жать, закончить разговор, привлечь внимание и т. п.).</w:t>
      </w:r>
    </w:p>
    <w:p w:rsidR="0049179A" w:rsidRDefault="0049179A" w:rsidP="0049179A">
      <w:pPr>
        <w:autoSpaceDE w:val="0"/>
        <w:autoSpaceDN w:val="0"/>
        <w:spacing w:before="72" w:after="0" w:line="268" w:lineRule="auto"/>
        <w:ind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Практи​ческое овладение диалогической формой речи. Соблюдение норм речевого этикета и орфоэпических норм в ситуациях учеб​ного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9179A" w:rsidRDefault="0049179A" w:rsidP="0049179A">
      <w:pPr>
        <w:autoSpaceDE w:val="0"/>
        <w:autoSpaceDN w:val="0"/>
        <w:spacing w:before="70" w:after="0" w:line="280" w:lineRule="auto"/>
        <w:ind w:right="144" w:firstLine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Составление устного рассказа по репродукции картины. Со​ставление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За​главие текста. Подбор заголовков к предложенным текстам. Последовательность частей текста (</w:t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абзацев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). Корректирование текстов с нарушенным порядком предложений и абзацев.</w:t>
      </w:r>
    </w:p>
    <w:p w:rsidR="0049179A" w:rsidRDefault="0049179A" w:rsidP="0049179A">
      <w:pPr>
        <w:autoSpaceDE w:val="0"/>
        <w:autoSpaceDN w:val="0"/>
        <w:spacing w:before="7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49179A" w:rsidRDefault="0049179A" w:rsidP="0049179A">
      <w:pPr>
        <w:autoSpaceDE w:val="0"/>
        <w:autoSpaceDN w:val="0"/>
        <w:spacing w:before="70" w:after="0" w:line="26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Выра​зительное чтение текста вслух с соблюдением правильной инто​нации.</w:t>
      </w:r>
    </w:p>
    <w:p w:rsidR="0049179A" w:rsidRDefault="0049179A" w:rsidP="0049179A">
      <w:pPr>
        <w:autoSpaceDE w:val="0"/>
        <w:autoSpaceDN w:val="0"/>
        <w:spacing w:before="70" w:after="0" w:line="228" w:lineRule="auto"/>
        <w:ind w:left="18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Подробное изложение повествовательного текста объёмом 30—45 слов с опорой на вопросы.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86" w:right="672" w:bottom="656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346" w:after="0" w:line="261" w:lineRule="auto"/>
        <w:ind w:right="720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9179A" w:rsidRDefault="0049179A" w:rsidP="0049179A">
      <w:pPr>
        <w:autoSpaceDE w:val="0"/>
        <w:autoSpaceDN w:val="0"/>
        <w:spacing w:before="382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граждан​ской идентичности, понимание роли русского языка как государственного языка Российской Федерации и языка межнацио​нального общения народов России;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сопричастность к прошлому, настоящему и будущему сво​ей страны и родного края, в том числе через обсуждение ситуаций при работе с художественными произведениями;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об​щества, о правах и ответственности, уважении и достоинстве человека, о нравственно​этических нормах поведения и прави​лах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проявление сопереживания, уважения и доброжелатель​ ности, в том числе с использованием адекватных языковых средств для выражения своего состояния и чувств;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художе​ственной деятельности, в том числе в искусстве слова; осозна​ние важности русского языка как средства общения и самовы​ражения; </w:t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здо​ровью, проявляющееся в выборе приемлемых способов речевого самовыражения и соблюдении норм речевого этикета и пра​вил общения;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трудо​вой деятельности, интерес к различным профессиям, возника​ющий при обсуждении примеров из художественных произве​дений;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98" w:right="650" w:bottom="420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tabs>
          <w:tab w:val="left" w:pos="180"/>
        </w:tabs>
        <w:autoSpaceDE w:val="0"/>
        <w:autoSpaceDN w:val="0"/>
        <w:spacing w:after="0" w:line="285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актив​ность 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49179A" w:rsidRDefault="0049179A" w:rsidP="0049179A">
      <w:pPr>
        <w:autoSpaceDE w:val="0"/>
        <w:autoSpaceDN w:val="0"/>
        <w:spacing w:before="262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68" w:after="0" w:line="261" w:lineRule="auto"/>
        <w:ind w:right="864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грамматиче​ский признак, лексическое значение и др.); устанавливать аналогии языковых единиц;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определённо​му признаку;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находить в языковом материале закономерности и проти​воречия на основе предложенного учителем алгоритма наблюдения; анализировать алгоритм действий при работе с языко​выми единицами, самостоятельно выделять учебные операции при анализе языковых единиц;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из​менения языкового объекта, речевой ситуации;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лингви​стическое мини​-исследование,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70" w:after="0" w:line="285" w:lineRule="auto"/>
        <w:ind w:right="288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98" w:right="660" w:bottom="452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66" w:line="220" w:lineRule="exact"/>
        <w:rPr>
          <w:lang w:val="ru-RU"/>
        </w:rPr>
      </w:pPr>
    </w:p>
    <w:p w:rsidR="0049179A" w:rsidRDefault="0049179A" w:rsidP="0049179A">
      <w:pPr>
        <w:tabs>
          <w:tab w:val="left" w:pos="180"/>
        </w:tabs>
        <w:autoSpaceDE w:val="0"/>
        <w:autoSpaceDN w:val="0"/>
        <w:spacing w:after="0" w:line="280" w:lineRule="auto"/>
        <w:ind w:right="7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анализировать и создавать текстовую, видео​, графиче​скую, звуковую информацию в соответствии с учебной зада​чей;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зафиксирован​ную в виде таблиц, схем; самостоятельно создавать схемы, таблицы для представления лингвистической информации.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эмо​ции в соответствии с целями и условиями общения в знакомой среде;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со​блюдать правила ведения диалоги и дискуссии;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мне​ние;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готовить небольшие публичные выступления о результа​тах парной и групповой работы, о результатах наблюдения, выполненного мини​-исследования, проектного задания;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90" w:after="0" w:line="261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49179A" w:rsidRDefault="0049179A" w:rsidP="0049179A">
      <w:pPr>
        <w:autoSpaceDE w:val="0"/>
        <w:autoSpaceDN w:val="0"/>
        <w:spacing w:before="70" w:after="0" w:line="268" w:lineRule="auto"/>
        <w:ind w:left="180" w:right="1728"/>
        <w:rPr>
          <w:lang w:val="ru-RU"/>
        </w:rPr>
      </w:pP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70" w:after="0" w:line="285" w:lineRule="auto"/>
        <w:ind w:right="144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деятель​ности;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предложен​ным критериям.</w:t>
      </w:r>
    </w:p>
    <w:p w:rsidR="0049179A" w:rsidRDefault="0049179A" w:rsidP="0049179A">
      <w:pPr>
        <w:autoSpaceDE w:val="0"/>
        <w:autoSpaceDN w:val="0"/>
        <w:spacing w:before="262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18" w:after="0" w:line="285" w:lineRule="auto"/>
        <w:ind w:right="288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(ин​дивидуальные с учётом участия в коллективных задачах) в стандартной (типовой) ситуации на основе предложенного учи​телем формата планирования, распределения промежуточных шагов и сроков;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86" w:right="698" w:bottom="368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 w:line="261" w:lineRule="auto"/>
        <w:ind w:left="180" w:right="158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49179A" w:rsidRDefault="0049179A" w:rsidP="0049179A">
      <w:pPr>
        <w:autoSpaceDE w:val="0"/>
        <w:autoSpaceDN w:val="0"/>
        <w:spacing w:before="262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9179A" w:rsidRDefault="0049179A" w:rsidP="0049179A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втором классе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осознавать язык как основное средство общения;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звонкости/глу​хости;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 (в том числе при сте​чении согласных); делить слово на слоги;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соотношение звукового и буквенного соста​ва, в том числе с учётом функций букв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обозначать на письме мягкость согласных звуков буквой мягкий знак в середине слова;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находить однокоренные слова;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корень (простые случаи);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окончание;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на​зывания терминов);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 отвечающие  на  вопросы  «кто?»,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«что?»;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«что де​лать?», «что сделать?» и др.;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«какой?», «какая?», «какое?», «какие?»;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находить место орфограммы в слове и между словами на изученные правила;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правописания, в том чис​ле: сочетания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прописная бук​ва в именах, отчествах, фамилиях людей, кличках живот​ных, географических названиях; раздельное написание пред​логов с именами существительными, разделительный мягкий знак;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50 слов;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пользоваться толковым, орфографическим, орфоэпиче​ским словарями учебника;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строить устное диалогическое и монологическое выска​зывание (2—4 предложения на определённую тему, по наблюдениям) с соблюдением орфоэпических норм, правильной ин​тонации;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прочитанного (услышанного) устно и письменно (1—2 предложения);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предложения из слов, устанавливая между ни​ми смысловую связь по вопросам;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озаглавливать текст, отражая его тему;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составлять текст из разрозненных предложений, частей текста;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повествовательного текста объёмом 30—45 слов с опорой на вопросы;</w:t>
      </w:r>
    </w:p>
    <w:p w:rsidR="0049179A" w:rsidRDefault="0049179A" w:rsidP="0049179A">
      <w:pPr>
        <w:spacing w:after="0"/>
        <w:rPr>
          <w:lang w:val="ru-RU"/>
        </w:rPr>
        <w:sectPr w:rsidR="0049179A">
          <w:pgSz w:w="11900" w:h="16840"/>
          <w:pgMar w:top="298" w:right="690" w:bottom="452" w:left="666" w:header="720" w:footer="720" w:gutter="0"/>
          <w:cols w:space="720"/>
        </w:sectPr>
      </w:pPr>
    </w:p>
    <w:p w:rsidR="0049179A" w:rsidRDefault="0049179A" w:rsidP="0049179A">
      <w:pPr>
        <w:autoSpaceDE w:val="0"/>
        <w:autoSpaceDN w:val="0"/>
        <w:spacing w:after="78" w:line="220" w:lineRule="exact"/>
        <w:rPr>
          <w:lang w:val="ru-RU"/>
        </w:rPr>
      </w:pPr>
    </w:p>
    <w:p w:rsidR="0049179A" w:rsidRDefault="0049179A" w:rsidP="0049179A">
      <w:pPr>
        <w:autoSpaceDE w:val="0"/>
        <w:autoSpaceDN w:val="0"/>
        <w:spacing w:after="0" w:line="228" w:lineRule="auto"/>
        <w:jc w:val="center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понятий; использовать изученные поняти</w:t>
      </w:r>
    </w:p>
    <w:p w:rsidR="0049179A" w:rsidRDefault="0049179A" w:rsidP="0049179A">
      <w:pPr>
        <w:rPr>
          <w:lang w:val="ru-RU"/>
        </w:rPr>
      </w:pPr>
    </w:p>
    <w:p w:rsidR="0049179A" w:rsidRDefault="0049179A" w:rsidP="0049179A">
      <w:pPr>
        <w:spacing w:before="80"/>
        <w:ind w:left="106"/>
        <w:rPr>
          <w:b/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7FE8D" id="Прямоугольник 4" o:spid="_x0000_s1026" style="position:absolute;margin-left:33.3pt;margin-top:17.65pt;width:775.6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49179A" w:rsidRDefault="0049179A" w:rsidP="0049179A">
      <w:pPr>
        <w:pStyle w:val="ae"/>
        <w:spacing w:before="2"/>
        <w:rPr>
          <w:b/>
          <w:sz w:val="14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Tr="0049179A">
        <w:trPr>
          <w:trHeight w:val="333"/>
        </w:trPr>
        <w:tc>
          <w:tcPr>
            <w:tcW w:w="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76" w:right="62"/>
              <w:rPr>
                <w:b/>
                <w:sz w:val="15"/>
                <w:lang w:val="en-US"/>
              </w:rPr>
            </w:pPr>
            <w:r>
              <w:rPr>
                <w:b/>
                <w:w w:val="105"/>
                <w:sz w:val="15"/>
                <w:lang w:val="en-US"/>
              </w:rPr>
              <w:t>№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п/п</w:t>
            </w:r>
          </w:p>
        </w:tc>
        <w:tc>
          <w:tcPr>
            <w:tcW w:w="53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 w:rsidRPr="0049179A">
              <w:rPr>
                <w:b/>
                <w:w w:val="105"/>
                <w:sz w:val="15"/>
              </w:rPr>
              <w:t>Наименование</w:t>
            </w:r>
            <w:r w:rsidRPr="0049179A">
              <w:rPr>
                <w:b/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разделов</w:t>
            </w:r>
            <w:r w:rsidRPr="0049179A">
              <w:rPr>
                <w:b/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и</w:t>
            </w:r>
            <w:r w:rsidRPr="0049179A">
              <w:rPr>
                <w:b/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тем</w:t>
            </w:r>
            <w:r w:rsidRPr="0049179A">
              <w:rPr>
                <w:b/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/>
              <w:ind w:left="76"/>
              <w:rPr>
                <w:b/>
                <w:sz w:val="15"/>
                <w:lang w:val="en-US"/>
              </w:rPr>
            </w:pPr>
            <w:r>
              <w:rPr>
                <w:b/>
                <w:spacing w:val="-1"/>
                <w:w w:val="105"/>
                <w:sz w:val="15"/>
                <w:lang w:val="en-US"/>
              </w:rPr>
              <w:t>Количество</w:t>
            </w:r>
            <w:r>
              <w:rPr>
                <w:b/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часов</w:t>
            </w:r>
          </w:p>
        </w:tc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78" w:right="40"/>
              <w:rPr>
                <w:b/>
                <w:sz w:val="15"/>
                <w:lang w:val="en-US"/>
              </w:rPr>
            </w:pPr>
            <w:r>
              <w:rPr>
                <w:b/>
                <w:w w:val="105"/>
                <w:sz w:val="15"/>
                <w:lang w:val="en-US"/>
              </w:rPr>
              <w:t>Дата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изучения</w:t>
            </w:r>
          </w:p>
        </w:tc>
        <w:tc>
          <w:tcPr>
            <w:tcW w:w="32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/>
              <w:ind w:left="78"/>
              <w:rPr>
                <w:b/>
                <w:sz w:val="15"/>
                <w:lang w:val="en-US"/>
              </w:rPr>
            </w:pPr>
            <w:r>
              <w:rPr>
                <w:b/>
                <w:spacing w:val="-1"/>
                <w:w w:val="105"/>
                <w:sz w:val="15"/>
                <w:lang w:val="en-US"/>
              </w:rPr>
              <w:t>Виды</w:t>
            </w:r>
            <w:r>
              <w:rPr>
                <w:b/>
                <w:spacing w:val="-5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деятельности</w:t>
            </w:r>
          </w:p>
        </w:tc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79" w:right="284"/>
              <w:rPr>
                <w:b/>
                <w:sz w:val="15"/>
                <w:lang w:val="en-US"/>
              </w:rPr>
            </w:pPr>
            <w:r>
              <w:rPr>
                <w:b/>
                <w:w w:val="105"/>
                <w:sz w:val="15"/>
                <w:lang w:val="en-US"/>
              </w:rPr>
              <w:t>Виды,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формы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контроля</w:t>
            </w:r>
          </w:p>
        </w:tc>
        <w:tc>
          <w:tcPr>
            <w:tcW w:w="19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80" w:right="612"/>
              <w:rPr>
                <w:b/>
                <w:sz w:val="15"/>
                <w:lang w:val="en-US"/>
              </w:rPr>
            </w:pPr>
            <w:r>
              <w:rPr>
                <w:b/>
                <w:w w:val="105"/>
                <w:sz w:val="15"/>
                <w:lang w:val="en-US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(цифровые)</w:t>
            </w:r>
            <w:r>
              <w:rPr>
                <w:b/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ресурсы</w:t>
            </w:r>
          </w:p>
        </w:tc>
      </w:tr>
      <w:tr w:rsidR="0049179A" w:rsidTr="0049179A">
        <w:trPr>
          <w:trHeight w:val="561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/>
              <w:ind w:left="76"/>
              <w:rPr>
                <w:b/>
                <w:sz w:val="15"/>
                <w:lang w:val="en-US"/>
              </w:rPr>
            </w:pPr>
            <w:r>
              <w:rPr>
                <w:b/>
                <w:w w:val="105"/>
                <w:sz w:val="15"/>
                <w:lang w:val="en-US"/>
              </w:rPr>
              <w:t>всего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77" w:right="43"/>
              <w:rPr>
                <w:b/>
                <w:sz w:val="15"/>
                <w:lang w:val="en-US"/>
              </w:rPr>
            </w:pPr>
            <w:r>
              <w:rPr>
                <w:b/>
                <w:spacing w:val="-1"/>
                <w:w w:val="105"/>
                <w:sz w:val="15"/>
                <w:lang w:val="en-US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работы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264" w:lineRule="auto"/>
              <w:ind w:left="77" w:right="44"/>
              <w:rPr>
                <w:b/>
                <w:sz w:val="15"/>
                <w:lang w:val="en-US"/>
              </w:rPr>
            </w:pPr>
            <w:r>
              <w:rPr>
                <w:b/>
                <w:spacing w:val="-1"/>
                <w:w w:val="105"/>
                <w:sz w:val="15"/>
                <w:lang w:val="en-US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работы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2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</w:tr>
      <w:tr w:rsidR="0049179A" w:rsidRPr="002E16B1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 w:rsidRPr="0049179A">
              <w:rPr>
                <w:w w:val="105"/>
                <w:sz w:val="15"/>
              </w:rPr>
              <w:t>Раздел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1.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Общие</w:t>
            </w:r>
            <w:r w:rsidRPr="0049179A">
              <w:rPr>
                <w:b/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сведения</w:t>
            </w:r>
            <w:r w:rsidRPr="0049179A">
              <w:rPr>
                <w:b/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о</w:t>
            </w:r>
            <w:r w:rsidRPr="0049179A">
              <w:rPr>
                <w:b/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языке</w:t>
            </w:r>
          </w:p>
        </w:tc>
      </w:tr>
      <w:tr w:rsidR="0049179A" w:rsidRPr="002E16B1" w:rsidTr="0049179A">
        <w:trPr>
          <w:trHeight w:val="2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156" w:lineRule="exact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1.1.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Язык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основное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средство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человеческого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явление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156" w:lineRule="exact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156" w:lineRule="exact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156" w:lineRule="exact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74" w:line="156" w:lineRule="exact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Рассказ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тему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«Язык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средство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74" w:line="156" w:lineRule="exact"/>
              <w:ind w:left="7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74" w:line="156" w:lineRule="exact"/>
              <w:ind w:left="80"/>
              <w:rPr>
                <w:sz w:val="15"/>
              </w:rPr>
            </w:pPr>
            <w:r w:rsidRPr="0049179A">
              <w:rPr>
                <w:w w:val="105"/>
                <w:sz w:val="15"/>
              </w:rPr>
              <w:t>1.Сайт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«Я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иду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урок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национальной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культуры.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Многообразие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языкового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пространства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России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Pr="0049179A" w:rsidRDefault="0049179A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общения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людей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явление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культуры»;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опрос;</w:t>
            </w: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начальной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школы»:</w:t>
            </w:r>
          </w:p>
        </w:tc>
      </w:tr>
      <w:tr w:rsidR="0049179A" w:rsidRPr="002E16B1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6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мира</w:t>
            </w:r>
            <w:r>
              <w:rPr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(первоначальные</w:t>
            </w:r>
            <w:r>
              <w:rPr>
                <w:spacing w:val="-5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представления).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помогает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понять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2E16B1">
            <w:pPr>
              <w:pStyle w:val="TableParagraph"/>
              <w:spacing w:before="1" w:line="156" w:lineRule="exact"/>
              <w:ind w:left="80"/>
              <w:rPr>
                <w:sz w:val="15"/>
              </w:rPr>
            </w:pPr>
            <w:hyperlink r:id="rId6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nsc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.1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september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/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uro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Pr="0049179A" w:rsidRDefault="0049179A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историю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культуру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народа?»;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k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Коллективное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формулирование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вывода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2.Электронная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версия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языке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основном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средстве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человеческого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журнала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«Начальная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общения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явлении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национальной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культуры;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школа»:</w:t>
            </w:r>
          </w:p>
        </w:tc>
      </w:tr>
      <w:tr w:rsidR="0049179A" w:rsidRPr="002E16B1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сформулировать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суждение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2E16B1">
            <w:pPr>
              <w:pStyle w:val="TableParagraph"/>
              <w:spacing w:before="1" w:line="156" w:lineRule="exact"/>
              <w:ind w:left="80"/>
              <w:rPr>
                <w:sz w:val="15"/>
              </w:rPr>
            </w:pPr>
            <w:hyperlink r:id="rId7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nsc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.1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september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  <w:r w:rsidR="0049179A"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/</w:t>
              </w:r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ind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Pr="0049179A" w:rsidRDefault="0049179A">
            <w:pPr>
              <w:rPr>
                <w:rFonts w:ascii="Times New Roman" w:eastAsia="Times New Roman" w:hAnsi="Times New Roman" w:cs="Times New Roman"/>
                <w:sz w:val="14"/>
                <w:lang w:val="ru-RU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красоте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богатстве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русского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языка;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Pr="0049179A" w:rsidRDefault="0049179A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ex.php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Обсуждение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сведений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многообразии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3.Социальная</w:t>
            </w:r>
            <w:r>
              <w:rPr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сеть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языков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Российской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Федерации;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работников</w:t>
            </w:r>
            <w:r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образования: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Коллективное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формулирование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вывода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hyperlink r:id="rId8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http://nsportal.ru/nachalnaya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многообразии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языкового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пространства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-shkola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78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России;</w:t>
            </w: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4.Фестиваль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педагогических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идей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«Открытый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урок»:</w:t>
            </w:r>
            <w:hyperlink r:id="rId9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http://festival.1septe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mber.ru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5.Методические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пособия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рабочие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программы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учителям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начальной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школы:</w:t>
            </w:r>
            <w:r>
              <w:rPr>
                <w:spacing w:val="-3"/>
                <w:w w:val="105"/>
                <w:sz w:val="15"/>
                <w:lang w:val="en-US"/>
              </w:rPr>
              <w:t xml:space="preserve"> </w:t>
            </w:r>
            <w:hyperlink r:id="rId1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http://nachalka.com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6.Сетевое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сообщество</w:t>
            </w:r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педагогов:</w:t>
            </w:r>
            <w:r>
              <w:rPr>
                <w:spacing w:val="-3"/>
                <w:w w:val="105"/>
                <w:sz w:val="15"/>
                <w:lang w:val="en-US"/>
              </w:rPr>
              <w:t xml:space="preserve"> </w:t>
            </w:r>
            <w:hyperlink r:id="rId1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http://rusedu.net</w:t>
              </w:r>
            </w:hyperlink>
          </w:p>
        </w:tc>
      </w:tr>
      <w:tr w:rsidR="0049179A" w:rsidTr="0049179A">
        <w:trPr>
          <w:trHeight w:val="177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1" w:line="156" w:lineRule="exact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7.Учитель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портал:</w:t>
            </w:r>
          </w:p>
        </w:tc>
      </w:tr>
      <w:tr w:rsidR="0049179A" w:rsidTr="0049179A">
        <w:trPr>
          <w:trHeight w:val="259"/>
        </w:trPr>
        <w:tc>
          <w:tcPr>
            <w:tcW w:w="3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3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79A" w:rsidRDefault="004917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1"/>
              <w:ind w:left="80"/>
              <w:rPr>
                <w:sz w:val="15"/>
                <w:lang w:val="en-US"/>
              </w:rPr>
            </w:pPr>
            <w:hyperlink r:id="rId12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http://www.uchportal.ru</w:t>
              </w:r>
            </w:hyperlink>
          </w:p>
        </w:tc>
      </w:tr>
    </w:tbl>
    <w:p w:rsidR="0049179A" w:rsidRDefault="0049179A" w:rsidP="0049179A">
      <w:pPr>
        <w:spacing w:after="0"/>
        <w:rPr>
          <w:sz w:val="15"/>
        </w:rPr>
        <w:sectPr w:rsidR="0049179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26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1.2.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Знакомство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различными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методами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познания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Диалог о том, как мы изучаем язык;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Формулирование </w:t>
            </w:r>
            <w:r w:rsidRPr="0049179A">
              <w:rPr>
                <w:w w:val="105"/>
                <w:sz w:val="15"/>
              </w:rPr>
              <w:t>коллективного вывода: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методы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изучения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языка;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435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Устный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7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7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7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1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1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1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9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Раздел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2.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Фонетика</w:t>
            </w:r>
            <w:r>
              <w:rPr>
                <w:b/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и</w:t>
            </w:r>
            <w:r>
              <w:rPr>
                <w:b/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графика</w:t>
            </w:r>
          </w:p>
        </w:tc>
      </w:tr>
    </w:tbl>
    <w:p w:rsidR="0049179A" w:rsidRDefault="0049179A" w:rsidP="0049179A">
      <w:pPr>
        <w:spacing w:after="0"/>
        <w:rPr>
          <w:sz w:val="15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111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Повторение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изученного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1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классе: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смыслоразличительная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функция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звуков;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различение звуков и букв; различение ударных и безударных гласных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звуков, твёрдых и мягких согласных звуков, звонких и глухих согласных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звуков; шипящие согласные звуки [</w:t>
            </w:r>
            <w:r w:rsidRPr="0049179A">
              <w:rPr>
                <w:b/>
                <w:w w:val="105"/>
                <w:sz w:val="15"/>
              </w:rPr>
              <w:t>ж], [ш], [ч’], [щ’]</w:t>
            </w:r>
            <w:r w:rsidRPr="0049179A">
              <w:rPr>
                <w:w w:val="105"/>
                <w:sz w:val="15"/>
              </w:rPr>
              <w:t>; обозначение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 xml:space="preserve">письме твёрдости и мягкости согласных звуков, функции букв </w:t>
            </w:r>
            <w:r w:rsidRPr="0049179A">
              <w:rPr>
                <w:b/>
                <w:w w:val="105"/>
                <w:sz w:val="15"/>
              </w:rPr>
              <w:t>е, ё, ю, я</w:t>
            </w:r>
            <w:r w:rsidRPr="0049179A">
              <w:rPr>
                <w:w w:val="105"/>
                <w:sz w:val="15"/>
              </w:rPr>
              <w:t>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[й’]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[и].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4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Учебный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способах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обозначения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[й’];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таблицей: определение способа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обозначения звука [й’] в приведённых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словах,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нужную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ячейку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таблицы;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 за языковым материалом: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объяснение различий в звукобуквенном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составе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буквами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е,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ё,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ю,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после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гласных);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2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2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2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6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RPr="002E16B1" w:rsidTr="0049179A">
        <w:trPr>
          <w:trHeight w:val="520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Парные и непарные по твёрдости — мягкости согласные звуки. Парные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непарные по звонкости — глухости согласные звуки. Качественная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характеристика звука: гласный — согласный; гласный ударный —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безударный;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твёрдый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мягкий,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непарный;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согласный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звонкий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глухой,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парный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непарный.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Дидактическая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игра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«Определи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его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характеристике»;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Практическая работа, в ходе которой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необходимо дать характеристику </w:t>
            </w:r>
            <w:r w:rsidRPr="0049179A">
              <w:rPr>
                <w:w w:val="105"/>
                <w:sz w:val="15"/>
              </w:rPr>
              <w:t>нескольким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звукам (гласные ударные/ безударные;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согласные твёрдые/мягкие, </w:t>
            </w:r>
            <w:r w:rsidRPr="0049179A">
              <w:rPr>
                <w:w w:val="105"/>
                <w:sz w:val="15"/>
              </w:rPr>
              <w:t>звонкие/глухие);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Игра-соревнование </w:t>
            </w:r>
            <w:r w:rsidRPr="0049179A">
              <w:rPr>
                <w:w w:val="105"/>
                <w:sz w:val="15"/>
              </w:rPr>
              <w:t>«Приведи пример звука»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ходе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игры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необходимо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приводить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примеры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гласных звуков, твёрдых/ мягких,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звонких/глухих согласных; парных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непарных по твёрдости — мягкости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согласных звуков; парных и непарных по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звонкости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глухости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согласных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текущий.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9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9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9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2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3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3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3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33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6" w:right="111"/>
              <w:rPr>
                <w:b/>
                <w:sz w:val="15"/>
                <w:lang w:val="en-US"/>
              </w:rPr>
            </w:pPr>
            <w:r w:rsidRPr="0049179A">
              <w:rPr>
                <w:w w:val="105"/>
                <w:sz w:val="15"/>
              </w:rPr>
              <w:t>Функции ь: показатель мягкости предшествующего согласного в конце и 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середине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слова;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разделительный.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Использование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на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письме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разделительных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ъ</w:t>
            </w:r>
            <w:r>
              <w:rPr>
                <w:b/>
                <w:spacing w:val="4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</w:t>
            </w:r>
            <w:r>
              <w:rPr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ь.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языковым материалом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целью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определения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функций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ь: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показатель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мягкости предшествующего согласного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конце и в середине слова или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разделительный;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Практическая работа: характеристика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функций ь (разделительный и показатель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мягкости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предшествующего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согласного)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словах;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записями на доске: обобщение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способов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обозначения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письме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мягкости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0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3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0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3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0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3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3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3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3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0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58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Установление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соотношения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звукового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буквенного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словах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sz w:val="15"/>
              </w:rPr>
              <w:t>с</w:t>
            </w:r>
            <w:r w:rsidRPr="0049179A">
              <w:rPr>
                <w:spacing w:val="3"/>
                <w:sz w:val="15"/>
              </w:rPr>
              <w:t xml:space="preserve"> </w:t>
            </w:r>
            <w:r w:rsidRPr="0049179A">
              <w:rPr>
                <w:sz w:val="15"/>
              </w:rPr>
              <w:t>буквами</w:t>
            </w:r>
            <w:r w:rsidRPr="0049179A">
              <w:rPr>
                <w:spacing w:val="7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е,</w:t>
            </w:r>
            <w:r w:rsidRPr="0049179A">
              <w:rPr>
                <w:b/>
                <w:spacing w:val="3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ё,</w:t>
            </w:r>
            <w:r w:rsidRPr="0049179A">
              <w:rPr>
                <w:b/>
                <w:spacing w:val="3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ю,</w:t>
            </w:r>
            <w:r w:rsidRPr="0049179A">
              <w:rPr>
                <w:b/>
                <w:spacing w:val="4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я</w:t>
            </w:r>
            <w:r w:rsidRPr="0049179A">
              <w:rPr>
                <w:b/>
                <w:spacing w:val="-9"/>
                <w:sz w:val="15"/>
              </w:rPr>
              <w:t xml:space="preserve"> </w:t>
            </w:r>
            <w:r w:rsidRPr="0049179A">
              <w:rPr>
                <w:sz w:val="15"/>
              </w:rPr>
              <w:t>(в</w:t>
            </w:r>
            <w:r w:rsidRPr="0049179A">
              <w:rPr>
                <w:spacing w:val="3"/>
                <w:sz w:val="15"/>
              </w:rPr>
              <w:t xml:space="preserve"> </w:t>
            </w:r>
            <w:r w:rsidRPr="0049179A">
              <w:rPr>
                <w:sz w:val="15"/>
              </w:rPr>
              <w:t>начале</w:t>
            </w:r>
            <w:r w:rsidRPr="0049179A">
              <w:rPr>
                <w:spacing w:val="3"/>
                <w:sz w:val="15"/>
              </w:rPr>
              <w:t xml:space="preserve"> </w:t>
            </w:r>
            <w:r w:rsidRPr="0049179A">
              <w:rPr>
                <w:sz w:val="15"/>
              </w:rPr>
              <w:t>слова</w:t>
            </w:r>
            <w:r w:rsidRPr="0049179A">
              <w:rPr>
                <w:spacing w:val="4"/>
                <w:sz w:val="15"/>
              </w:rPr>
              <w:t xml:space="preserve"> </w:t>
            </w:r>
            <w:r w:rsidRPr="0049179A">
              <w:rPr>
                <w:sz w:val="15"/>
              </w:rPr>
              <w:t>и</w:t>
            </w:r>
            <w:r w:rsidRPr="0049179A">
              <w:rPr>
                <w:spacing w:val="3"/>
                <w:sz w:val="15"/>
              </w:rPr>
              <w:t xml:space="preserve"> </w:t>
            </w:r>
            <w:r w:rsidRPr="0049179A">
              <w:rPr>
                <w:sz w:val="15"/>
              </w:rPr>
              <w:t>после</w:t>
            </w:r>
            <w:r w:rsidRPr="0049179A">
              <w:rPr>
                <w:spacing w:val="4"/>
                <w:sz w:val="15"/>
              </w:rPr>
              <w:t xml:space="preserve"> </w:t>
            </w:r>
            <w:r w:rsidRPr="0049179A">
              <w:rPr>
                <w:sz w:val="15"/>
              </w:rPr>
              <w:t>гласных).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языковым материалом: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объяснение различий в звукобуквенном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составе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буквами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е,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ё,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ю,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после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гласных);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1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1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1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4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4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4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7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2.5.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Деление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слоги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числе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стечении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согласных).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Заполнение таблицы: группировка слов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разным соотношением количества звуков 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 (количество звуков равно количеству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букв,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количество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звуков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меньше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количества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букв, количество </w:t>
            </w:r>
            <w:r w:rsidRPr="0049179A">
              <w:rPr>
                <w:w w:val="105"/>
                <w:sz w:val="15"/>
              </w:rPr>
              <w:t>звуков больше количества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букв);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 w:right="622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 диалог, в ходе которого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актуализируется способ определения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количества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слогов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слове;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2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2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4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2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5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5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5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5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54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RPr="002E16B1" w:rsidTr="0049179A">
        <w:trPr>
          <w:trHeight w:val="530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2.6.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Использование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алфавита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словарями.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82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выполнение задания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систематизацию информации (записывать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алфавитном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порядке);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группах: выполнение практической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задачи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поиску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предложенного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 толковом словаре (отрабатывается в том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числе умение использовать знание алфавита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для ориентации в словаре);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Комментированное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выполнение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задания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 w:right="567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«Правильно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расположили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алфавиту» (отрабатывается умение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оценивать правильность </w:t>
            </w:r>
            <w:r w:rsidRPr="0049179A">
              <w:rPr>
                <w:w w:val="105"/>
                <w:sz w:val="15"/>
              </w:rPr>
              <w:t>выполнения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заданий);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3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5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3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5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3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5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5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5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6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1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2.7.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111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Использование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небуквенных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графических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средств: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пробела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между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словами,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знака переноса, абзаца (красной строки), пунктуационных знаков (в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пределах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изученного)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8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схемой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«Звуки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русского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языка»,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характеристика звуков речи с опорой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схему;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4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4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4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6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6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6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8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7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3.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Лексика</w:t>
            </w:r>
          </w:p>
        </w:tc>
      </w:tr>
    </w:tbl>
    <w:p w:rsidR="0049179A" w:rsidRDefault="0049179A" w:rsidP="0049179A">
      <w:pPr>
        <w:spacing w:after="0"/>
        <w:rPr>
          <w:sz w:val="15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3.1.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Понимание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слова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единства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звучания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Лексическое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(общее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представление).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4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рисунками: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объяснять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с опорой на рисунок и систему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вопросов;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Дидактическая игра «Угадай, какое это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слово»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ходе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игры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нужно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опознавать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лексическим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значениям);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группах: наблюдение за значением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установление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записями на доске: нахождение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ошибок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объяснении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лексического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текущзий;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5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6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5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5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7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7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7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5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RPr="002E16B1" w:rsidTr="0049179A">
        <w:trPr>
          <w:trHeight w:val="513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3.2.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Выявление слов, значение которых требует уточнения. Определение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тексту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или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уточнение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помощью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толкового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словаря.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07"/>
              <w:jc w:val="both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Практическая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выписать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толкового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словаря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пяти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которые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раньше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знал(а);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61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один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ученик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читает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из толкового словаря в учебнике,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второй отгадывает это слово, потом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меняются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ролями;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Творческое задание: составить кроссворд,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объяснить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помощью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рисунков,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 слов — с помощью лексического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6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Практическая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толковый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словарь учебника </w:t>
            </w:r>
            <w:r w:rsidRPr="0049179A">
              <w:rPr>
                <w:w w:val="105"/>
                <w:sz w:val="15"/>
              </w:rPr>
              <w:t>определить, лексические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каких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записаны;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61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рисунками, на которых изображены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разные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например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корень,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иголки, кисть: с опорой на рисунки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объяснить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многозначных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6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6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6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7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7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8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8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82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518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3.3.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Однозначные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многозначные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(простые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случаи,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парах: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сопоставление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значений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многозначного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80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Практическая работа: составление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 с использованием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многозначных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223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Самостоятельная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поиск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толковом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словаре учебника многозначных слов,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выписывание словарной статьи в тетрадь;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Творческая работа: подобрать примеры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 к каждому из значений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многозначного слова — можно составлять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свои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можно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искать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книгах;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7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8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7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8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7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8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8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8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8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89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  <w:tr w:rsidR="0049179A" w:rsidRPr="002E16B1" w:rsidTr="0049179A">
        <w:trPr>
          <w:trHeight w:val="526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3.4.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использованием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синонимов,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антонимов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6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словами, имеющими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противоположное значение (антонимами).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 лексического значения слов —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антонимов;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 w:right="69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 xml:space="preserve">Дидактическая </w:t>
            </w:r>
            <w:r w:rsidRPr="0049179A">
              <w:rPr>
                <w:w w:val="105"/>
                <w:sz w:val="15"/>
              </w:rPr>
              <w:t>игра «Назови слово,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противоположное по значению»;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антонимов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предложенным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словам;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Практическая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поиск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текстах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антонимов;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группах: анализ уместности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использования слов в предложениях,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находить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случаи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неудачного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выбора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8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9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8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9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8"/>
              </w:numPr>
              <w:tabs>
                <w:tab w:val="left" w:pos="199"/>
              </w:tabs>
              <w:spacing w:before="3" w:line="264" w:lineRule="auto"/>
              <w:ind w:right="5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9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1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9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школы: </w:t>
            </w:r>
            <w:hyperlink r:id="rId9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6.Сетевое сообщество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педагогов: </w:t>
            </w:r>
            <w:hyperlink r:id="rId9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rusedu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net</w:t>
              </w:r>
            </w:hyperlink>
            <w:r w:rsidRPr="0049179A">
              <w:rPr>
                <w:w w:val="105"/>
                <w:sz w:val="15"/>
              </w:rPr>
              <w:t xml:space="preserve"> 7.Учитель портал: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96" w:history="1"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www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uchportal</w:t>
              </w:r>
              <w:r w:rsidRPr="0049179A">
                <w:rPr>
                  <w:rStyle w:val="afe"/>
                  <w:color w:val="auto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ru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10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4.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lang w:val="en-US"/>
              </w:rPr>
              <w:t>Состав</w:t>
            </w:r>
            <w:r>
              <w:rPr>
                <w:b/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слова</w:t>
            </w:r>
            <w:r>
              <w:rPr>
                <w:b/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(морфемика)</w:t>
            </w:r>
          </w:p>
        </w:tc>
      </w:tr>
      <w:tr w:rsidR="0049179A" w:rsidRPr="002E16B1" w:rsidTr="0049179A">
        <w:trPr>
          <w:trHeight w:val="436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4.1.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6" w:right="111"/>
              <w:rPr>
                <w:sz w:val="15"/>
                <w:lang w:val="en-US"/>
              </w:rPr>
            </w:pPr>
            <w:r w:rsidRPr="0049179A">
              <w:rPr>
                <w:spacing w:val="-1"/>
                <w:w w:val="105"/>
                <w:sz w:val="15"/>
              </w:rPr>
              <w:t>Корень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обязательная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Однокоренные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(родственные)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слова.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Признаки однокоренных (родственных) слов. Различение однокоренных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 и синонимов, однокоренных слов и слов с омонимичными корнями.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Выделение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словах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корня</w:t>
            </w:r>
            <w:r>
              <w:rPr>
                <w:spacing w:val="-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(простые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случаи)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85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языковым материалом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рисунками: сопоставление значений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нескольких родственных слов с опорой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собственный речевой опыт и рисунки,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высказывание предположений о сходстве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различии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значениях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выявление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 помощью которого можно объяснить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 всех родственных слов;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Объяснение учителем приёма развёрнутого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толкования слова как способа определения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связи значений родственных слов. Работа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понятиями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«корень»,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«однокоренные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слова»: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 предложенных в учебнике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определений;</w:t>
            </w:r>
          </w:p>
          <w:p w:rsidR="0049179A" w:rsidRPr="0049179A" w:rsidRDefault="0049179A">
            <w:pPr>
              <w:pStyle w:val="TableParagraph"/>
              <w:spacing w:before="9" w:line="264" w:lineRule="auto"/>
              <w:ind w:left="78" w:right="733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Совместное составление алгоритма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выделения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корня;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Использование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составленного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алгоритма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решении практических задач по выделению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корня;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Самостоятельная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находить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среди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предложенного набора слов слова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заданным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корнем;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80" w:right="52"/>
              <w:rPr>
                <w:sz w:val="15"/>
              </w:rPr>
            </w:pPr>
            <w:r w:rsidRPr="0049179A">
              <w:rPr>
                <w:w w:val="105"/>
                <w:sz w:val="15"/>
              </w:rPr>
              <w:t>3.Социальная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9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2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19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9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школы: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hyperlink r:id="rId9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</w:p>
        </w:tc>
      </w:tr>
      <w:tr w:rsidR="0049179A" w:rsidRPr="002E16B1" w:rsidTr="0049179A">
        <w:trPr>
          <w:trHeight w:val="379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4.2.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  <w:lang w:val="en-US"/>
              </w:rPr>
            </w:pPr>
            <w:r w:rsidRPr="0049179A">
              <w:rPr>
                <w:w w:val="105"/>
                <w:sz w:val="15"/>
              </w:rPr>
              <w:t>Окончание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изменяемая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Изменение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формы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помощью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окончания.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Различение</w:t>
            </w:r>
            <w:r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изменяемых</w:t>
            </w:r>
            <w:r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и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неизменяемых</w:t>
            </w:r>
            <w:r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слов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изменением формы слова;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 с текстом, в котором встречаются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формы одного и того же слова: поиск форм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сравнение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выявление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той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части, которой различаются формы слова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(изменяемой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слова);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понятием «окончание»: анализ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предложенного в учебнике определения;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Учебный диалог «Как различать разные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и формы одного и того же слова?»;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Практическая работа: изменение слова по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предложенному в учебнике образцу,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нахождение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выделение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формах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того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окончания;</w:t>
            </w:r>
          </w:p>
          <w:p w:rsidR="0049179A" w:rsidRPr="0049179A" w:rsidRDefault="0049179A">
            <w:pPr>
              <w:pStyle w:val="TableParagraph"/>
              <w:spacing w:before="5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группе: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выполнение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задания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78" w:right="219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«Помоги сверстнику из другой страны,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начавшему учить русский язык, исправить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ошибки»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(ошибки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связаны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тем,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что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стоят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форме);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80" w:right="52"/>
              <w:rPr>
                <w:sz w:val="15"/>
              </w:rPr>
            </w:pPr>
            <w:r w:rsidRPr="0049179A">
              <w:rPr>
                <w:w w:val="105"/>
                <w:sz w:val="15"/>
              </w:rPr>
              <w:t>3.Социальная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2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19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10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школы: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hyperlink r:id="rId10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475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4.3.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Суффикс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(наблюдение).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Приставка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часть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(наблюдение)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с записями на доске: сопоставление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однокоренных слов и выявление различий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между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ними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буквенной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(среди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родственных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есть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несколько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суффиксами,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например,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это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может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быть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ряд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гора, горка, горочка, горный, гористый);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 за образованием слов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помощью суффиксов, </w:t>
            </w:r>
            <w:r w:rsidRPr="0049179A">
              <w:rPr>
                <w:w w:val="105"/>
                <w:sz w:val="15"/>
              </w:rPr>
              <w:t>выделение суффиксов,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 помощью которых образованы слова,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высказывание предположений о значении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суффиксов;</w:t>
            </w:r>
          </w:p>
          <w:p w:rsidR="0049179A" w:rsidRPr="0049179A" w:rsidRDefault="0049179A">
            <w:pPr>
              <w:pStyle w:val="TableParagraph"/>
              <w:spacing w:before="7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группах: поиск среди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предложенного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одинаковыми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суффиксами;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81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Дифференцированное задание: наблюдение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синонимией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суффиксов;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образованием слов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помощью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приставок,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выделение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приставок,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помощью которых образованы слова,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высказывание предположений о значении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приставок;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таблицей: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примеров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указанными в таблице суффиксами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приставками;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80" w:right="52"/>
              <w:rPr>
                <w:sz w:val="15"/>
              </w:rPr>
            </w:pPr>
            <w:r w:rsidRPr="0049179A">
              <w:rPr>
                <w:w w:val="105"/>
                <w:sz w:val="15"/>
              </w:rPr>
              <w:t>3.Социальная сеть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работников образования: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nsportal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nachalnaya</w:t>
              </w:r>
            </w:hyperlink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1010"/>
              <w:rPr>
                <w:sz w:val="15"/>
              </w:rPr>
            </w:pPr>
            <w:r w:rsidRPr="0049179A">
              <w:rPr>
                <w:w w:val="105"/>
                <w:sz w:val="15"/>
              </w:rPr>
              <w:t>-</w:t>
            </w:r>
            <w:r>
              <w:rPr>
                <w:w w:val="105"/>
                <w:sz w:val="15"/>
                <w:lang w:val="en-US"/>
              </w:rPr>
              <w:t>shkola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4.Фестиваль</w:t>
            </w:r>
          </w:p>
          <w:p w:rsidR="0049179A" w:rsidRPr="0049179A" w:rsidRDefault="0049179A">
            <w:pPr>
              <w:pStyle w:val="TableParagraph"/>
              <w:spacing w:before="2"/>
              <w:ind w:left="8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педагогических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идей</w:t>
            </w:r>
          </w:p>
          <w:p w:rsidR="0049179A" w:rsidRPr="0049179A" w:rsidRDefault="0049179A">
            <w:pPr>
              <w:pStyle w:val="TableParagraph"/>
              <w:spacing w:before="19" w:line="264" w:lineRule="auto"/>
              <w:ind w:left="80" w:right="141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«Открытый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урок»:</w:t>
            </w:r>
            <w:hyperlink r:id="rId104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festival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mber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ru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80" w:right="5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5.Методические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пособия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рабочие программы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учителям начальной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школы: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hyperlink r:id="rId105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nachalka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com</w:t>
              </w:r>
            </w:hyperlink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14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5.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Морфология</w:t>
            </w:r>
          </w:p>
        </w:tc>
      </w:tr>
      <w:tr w:rsidR="0049179A" w:rsidRPr="002E16B1" w:rsidTr="0049179A">
        <w:trPr>
          <w:trHeight w:val="321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5.1.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Имя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существительное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(ознакомление):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(«кто?»,</w:t>
            </w:r>
          </w:p>
          <w:p w:rsidR="0049179A" w:rsidRDefault="0049179A">
            <w:pPr>
              <w:pStyle w:val="TableParagraph"/>
              <w:spacing w:before="20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«что?»),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употребление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речи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предложенным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набором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слов: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что обозначают, на какой вопрос отвечают,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формулирование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вывода,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введение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понятия</w:t>
            </w:r>
          </w:p>
          <w:p w:rsidR="0049179A" w:rsidRPr="0049179A" w:rsidRDefault="0049179A">
            <w:pPr>
              <w:pStyle w:val="TableParagraph"/>
              <w:spacing w:before="2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«имя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существительное»;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78" w:right="604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распределение имён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существительных на две группы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зависимости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того,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отвечают:«что?»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или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«кто?»;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лексическим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имён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существительных;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38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Упражнение: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находить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заданным основаниям </w:t>
            </w:r>
            <w:r w:rsidRPr="0049179A">
              <w:rPr>
                <w:w w:val="105"/>
                <w:sz w:val="15"/>
              </w:rPr>
              <w:t>(например, слова,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называющие явления природы, черты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характера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т.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д.);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285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Дифференцированное задание: выявление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общего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признака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группы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19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6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19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7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</w:tc>
      </w:tr>
    </w:tbl>
    <w:p w:rsidR="0049179A" w:rsidRDefault="0049179A" w:rsidP="0049179A">
      <w:pPr>
        <w:spacing w:after="0" w:line="264" w:lineRule="auto"/>
        <w:rPr>
          <w:sz w:val="15"/>
          <w:lang w:val="ru-RU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2E16B1" w:rsidTr="0049179A">
        <w:trPr>
          <w:trHeight w:val="321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5.2.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Глагол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(ознакомление):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(«что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делать?»,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«что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сделать?»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др.),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употребление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предложенным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набором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слов: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что обозначают, на какой вопрос отвечают,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формулирование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вывода,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введение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понятия</w:t>
            </w:r>
          </w:p>
          <w:p w:rsidR="0049179A" w:rsidRPr="0049179A" w:rsidRDefault="0049179A">
            <w:pPr>
              <w:pStyle w:val="TableParagraph"/>
              <w:spacing w:before="2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«глагол»;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Упражнение: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распределение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глаголов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две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группы в зависимости от того, на какой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 отвечают: «что делать?» или «что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сделать?»;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лексическим значением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глаголов. Дифференцированное задание: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группировка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глаголов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зависимости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того,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называют они движение или чувства;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Практическая работа: выписать из набора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только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глаголы;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 w:right="672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нахождение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глаголов;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20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8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0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09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</w:tc>
      </w:tr>
      <w:tr w:rsidR="0049179A" w:rsidRPr="002E16B1" w:rsidTr="0049179A">
        <w:trPr>
          <w:trHeight w:val="302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5.3.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Имя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прилагательное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(ознакомление):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(«какой?»,</w:t>
            </w:r>
          </w:p>
          <w:p w:rsidR="0049179A" w:rsidRPr="0049179A" w:rsidRDefault="0049179A">
            <w:pPr>
              <w:pStyle w:val="TableParagraph"/>
              <w:spacing w:before="20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«какая?»,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«какое?»,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«какие?»),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употребление</w:t>
            </w:r>
            <w:r w:rsidRPr="0049179A">
              <w:rPr>
                <w:spacing w:val="2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предложенным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набором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слов: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что обозначают, на какой вопрос отвечают,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формулирование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вывода,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введение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понятия</w:t>
            </w:r>
          </w:p>
          <w:p w:rsidR="0049179A" w:rsidRPr="0049179A" w:rsidRDefault="0049179A">
            <w:pPr>
              <w:pStyle w:val="TableParagraph"/>
              <w:spacing w:before="2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«имя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прилагательное»;</w:t>
            </w:r>
          </w:p>
          <w:p w:rsidR="0049179A" w:rsidRPr="0049179A" w:rsidRDefault="0049179A">
            <w:pPr>
              <w:pStyle w:val="TableParagraph"/>
              <w:spacing w:before="20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распределение имён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прилагательных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три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зависимости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того,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какой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отвечают:«какой?»,</w:t>
            </w:r>
          </w:p>
          <w:p w:rsidR="0049179A" w:rsidRPr="0049179A" w:rsidRDefault="0049179A">
            <w:pPr>
              <w:pStyle w:val="TableParagraph"/>
              <w:spacing w:before="2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«какое?»,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«какая?»;</w:t>
            </w:r>
          </w:p>
          <w:p w:rsidR="0049179A" w:rsidRPr="0049179A" w:rsidRDefault="0049179A">
            <w:pPr>
              <w:pStyle w:val="TableParagraph"/>
              <w:spacing w:before="19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лексическим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значением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имён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прилагательных;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285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Дифференцированное задание: выявление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общего признака группы имён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прилагательных;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Практическая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выписывание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имён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прилагательных;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21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10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1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11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</w:tc>
      </w:tr>
      <w:tr w:rsidR="0049179A" w:rsidRPr="002E16B1" w:rsidTr="0049179A">
        <w:trPr>
          <w:trHeight w:val="206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5.4.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Предлог.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Отличие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предлогов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приставок.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Наиболее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распространённые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предлоги:</w:t>
            </w:r>
            <w:r w:rsidRPr="0049179A">
              <w:rPr>
                <w:spacing w:val="2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в,</w:t>
            </w:r>
            <w:r w:rsidRPr="0049179A">
              <w:rPr>
                <w:b/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на,</w:t>
            </w:r>
            <w:r w:rsidRPr="0049179A">
              <w:rPr>
                <w:b/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из,</w:t>
            </w:r>
            <w:r w:rsidRPr="0049179A">
              <w:rPr>
                <w:b/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без,</w:t>
            </w:r>
            <w:r w:rsidRPr="0049179A">
              <w:rPr>
                <w:b/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над,</w:t>
            </w:r>
            <w:r w:rsidRPr="0049179A">
              <w:rPr>
                <w:b/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до,</w:t>
            </w:r>
            <w:r w:rsidRPr="0049179A">
              <w:rPr>
                <w:b/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у,</w:t>
            </w:r>
            <w:r w:rsidRPr="0049179A">
              <w:rPr>
                <w:b/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о,</w:t>
            </w:r>
            <w:r w:rsidRPr="0049179A">
              <w:rPr>
                <w:b/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об</w:t>
            </w:r>
            <w:r w:rsidRPr="0049179A">
              <w:rPr>
                <w:b/>
                <w:spacing w:val="-2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39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 диалог «Чем похожи и чем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различаются предлоги и приставки?»;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Совместное составление алгоритма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различения приставок и предлогов;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Списывание предложений </w:t>
            </w:r>
            <w:r w:rsidRPr="0049179A">
              <w:rPr>
                <w:w w:val="105"/>
                <w:sz w:val="15"/>
              </w:rPr>
              <w:t>с раскрытием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скобок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применения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алгоритма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различения предлогов и приставок;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Творческая работа: составление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которых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есть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одинаково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звучащие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предлоги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приставки;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numPr>
                <w:ilvl w:val="0"/>
                <w:numId w:val="22"/>
              </w:numPr>
              <w:tabs>
                <w:tab w:val="left" w:pos="199"/>
              </w:tabs>
              <w:spacing w:before="64" w:line="264" w:lineRule="auto"/>
              <w:ind w:right="88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Сайт «Я иду на урок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начальной школы»: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12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uro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k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2"/>
              </w:numPr>
              <w:tabs>
                <w:tab w:val="left" w:pos="199"/>
              </w:tabs>
              <w:spacing w:before="3" w:line="264" w:lineRule="auto"/>
              <w:ind w:right="97" w:firstLine="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Электронная версия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журнала «Начальная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школа»: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hyperlink r:id="rId113" w:history="1"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http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://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nsc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.1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september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.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ru</w:t>
              </w:r>
              <w:r w:rsidRPr="0049179A"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</w:rPr>
                <w:t>/</w:t>
              </w:r>
              <w:r>
                <w:rPr>
                  <w:rStyle w:val="afe"/>
                  <w:color w:val="auto"/>
                  <w:spacing w:val="-1"/>
                  <w:w w:val="105"/>
                  <w:sz w:val="15"/>
                  <w:u w:val="none"/>
                  <w:lang w:val="en-US"/>
                </w:rPr>
                <w:t>ind</w:t>
              </w:r>
            </w:hyperlink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ex</w:t>
            </w:r>
            <w:r w:rsidRPr="0049179A">
              <w:rPr>
                <w:w w:val="105"/>
                <w:sz w:val="15"/>
              </w:rPr>
              <w:t>.</w:t>
            </w:r>
            <w:r>
              <w:rPr>
                <w:w w:val="105"/>
                <w:sz w:val="15"/>
                <w:lang w:val="en-US"/>
              </w:rPr>
              <w:t>php</w:t>
            </w: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19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6.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Синтаксис</w:t>
            </w:r>
          </w:p>
        </w:tc>
      </w:tr>
    </w:tbl>
    <w:p w:rsidR="0049179A" w:rsidRDefault="0049179A" w:rsidP="0049179A">
      <w:pPr>
        <w:spacing w:after="0"/>
        <w:rPr>
          <w:sz w:val="15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206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6.1.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  <w:lang w:val="en-US"/>
              </w:rPr>
            </w:pPr>
            <w:r w:rsidRPr="0049179A">
              <w:rPr>
                <w:w w:val="105"/>
                <w:sz w:val="15"/>
              </w:rPr>
              <w:t>Порядок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предложении;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(повторение).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Предложение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как</w:t>
            </w:r>
            <w:r>
              <w:rPr>
                <w:spacing w:val="-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единица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языка.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Обсуждение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проблемного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«Чем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различаются предложение и „не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предложение“?»;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связью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предложении;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Упражнение: запись предложений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употреблением слов в предложениях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нужной форме (с опорой на собственный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речевой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опыт);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составление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80" w:right="131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Интерактивные плакаты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https://infourok.ru/interakt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ivnie-pravila-po-russkomu-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yaziku</w:t>
            </w:r>
          </w:p>
        </w:tc>
      </w:tr>
      <w:tr w:rsidR="0049179A" w:rsidRPr="0049179A" w:rsidTr="0049179A">
        <w:trPr>
          <w:trHeight w:val="218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6.2.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Предложение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слово.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Отличие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слова.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выделением в устной речи одного из слов предложения (логическое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ударение)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Обсуждение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проблемного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«Чем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различаются предложение и „не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предложение“?»;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связью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предложении;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Упражнение: запись предложений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употреблением слов в предложениях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нужной форме (с опорой на собственный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речевой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опыт);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составление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набора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80" w:right="131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Интерактивные плакаты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https://infourok.ru/interakt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ivnie-pravila-po-russkomu-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yaziku</w:t>
            </w:r>
          </w:p>
        </w:tc>
      </w:tr>
      <w:tr w:rsidR="0049179A" w:rsidRPr="0049179A" w:rsidTr="0049179A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6.3.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Виды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цели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высказывания: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повествовательные,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вопросительные,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побудительные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подписями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(предложения различаются по цели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высказывания, например: «Снег идёт. Снег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идёт? Снег, иди!»): сравнение ситуаций,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изображённых </w:t>
            </w:r>
            <w:r w:rsidRPr="0049179A">
              <w:rPr>
                <w:w w:val="105"/>
                <w:sz w:val="15"/>
              </w:rPr>
              <w:t>на рисунке, формулирование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вывода о целях, с которыми произносятся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 диалог «Как соотносятся знаки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препинания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конце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целевой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установкой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предложения?»;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Составление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таблицы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«Виды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цели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высказывания»,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примеров;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80" w:right="131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Интерактивные плакаты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https://infourok.ru/interakt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ivnie-pravila-po-russkomu-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yaziku</w:t>
            </w:r>
          </w:p>
        </w:tc>
      </w:tr>
      <w:tr w:rsidR="0049179A" w:rsidRPr="0049179A" w:rsidTr="0049179A">
        <w:trPr>
          <w:trHeight w:val="263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6.4.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Виды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предложений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эмоциональной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окраске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интонации):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восклицательные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невосклицательные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85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подписями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(предложения различаются по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эмоциональной окраске, </w:t>
            </w:r>
            <w:r w:rsidRPr="0049179A">
              <w:rPr>
                <w:w w:val="105"/>
                <w:sz w:val="15"/>
              </w:rPr>
              <w:t>например: «Ланды</w:t>
            </w:r>
            <w:r w:rsidRPr="0049179A">
              <w:rPr>
                <w:rFonts w:ascii="Trebuchet MS" w:hAnsi="Trebuchet MS"/>
                <w:w w:val="105"/>
                <w:sz w:val="15"/>
              </w:rPr>
              <w:t>‐</w:t>
            </w:r>
            <w:r w:rsidRPr="0049179A">
              <w:rPr>
                <w:rFonts w:ascii="Trebuchet MS" w:hAnsi="Trebuchet MS"/>
                <w:spacing w:val="-4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ши расцвели. Ландыши расцвели!»):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сравнение ситуаций, изображённых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рисунках, наблюдение за интонационным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оформлением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 w:right="102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 xml:space="preserve">Работа в парах: сопоставление </w:t>
            </w:r>
            <w:r w:rsidRPr="0049179A">
              <w:rPr>
                <w:w w:val="105"/>
                <w:sz w:val="15"/>
              </w:rPr>
              <w:t>предложений,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различающихся по эмоциональной окраске,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произношение предложений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соответствующей</w:t>
            </w:r>
            <w:r w:rsidRPr="0049179A">
              <w:rPr>
                <w:spacing w:val="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интонацией;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Практическая работа: выбирать из текста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заданным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признакам;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80" w:right="131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Интерактивные плакаты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https://infourok.ru/interakt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ivnie-pravila-po-russkomu-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yaziku</w:t>
            </w: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8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7.</w:t>
            </w:r>
            <w:r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Орфография</w:t>
            </w:r>
            <w:r>
              <w:rPr>
                <w:b/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и</w:t>
            </w:r>
            <w:r>
              <w:rPr>
                <w:b/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пунктуация</w:t>
            </w:r>
          </w:p>
        </w:tc>
      </w:tr>
    </w:tbl>
    <w:p w:rsidR="0049179A" w:rsidRDefault="0049179A" w:rsidP="0049179A">
      <w:pPr>
        <w:spacing w:after="0"/>
        <w:rPr>
          <w:sz w:val="15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522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7.1.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89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Повторение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право-писания,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изученных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1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классе: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прописная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буква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начале предложения и в именах собственных (имена, фамилии, клички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животных);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знаки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препинания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конце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предложения;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перенос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строки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 строку (без учёта морфемного членения слова); гласные после шипящих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z w:val="15"/>
              </w:rPr>
              <w:t>в</w:t>
            </w:r>
            <w:r w:rsidRPr="0049179A">
              <w:rPr>
                <w:spacing w:val="10"/>
                <w:sz w:val="15"/>
              </w:rPr>
              <w:t xml:space="preserve"> </w:t>
            </w:r>
            <w:r w:rsidRPr="0049179A">
              <w:rPr>
                <w:sz w:val="15"/>
              </w:rPr>
              <w:t>сочетаниях</w:t>
            </w:r>
            <w:r w:rsidRPr="0049179A">
              <w:rPr>
                <w:spacing w:val="11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жи,</w:t>
            </w:r>
            <w:r w:rsidRPr="0049179A">
              <w:rPr>
                <w:b/>
                <w:spacing w:val="10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 xml:space="preserve">ши </w:t>
            </w:r>
            <w:r w:rsidRPr="0049179A">
              <w:rPr>
                <w:sz w:val="15"/>
              </w:rPr>
              <w:t>(в</w:t>
            </w:r>
            <w:r w:rsidRPr="0049179A">
              <w:rPr>
                <w:spacing w:val="10"/>
                <w:sz w:val="15"/>
              </w:rPr>
              <w:t xml:space="preserve"> </w:t>
            </w:r>
            <w:r w:rsidRPr="0049179A">
              <w:rPr>
                <w:sz w:val="15"/>
              </w:rPr>
              <w:t>положении</w:t>
            </w:r>
            <w:r w:rsidRPr="0049179A">
              <w:rPr>
                <w:spacing w:val="11"/>
                <w:sz w:val="15"/>
              </w:rPr>
              <w:t xml:space="preserve"> </w:t>
            </w:r>
            <w:r w:rsidRPr="0049179A">
              <w:rPr>
                <w:sz w:val="15"/>
              </w:rPr>
              <w:t>под</w:t>
            </w:r>
            <w:r w:rsidRPr="0049179A">
              <w:rPr>
                <w:spacing w:val="10"/>
                <w:sz w:val="15"/>
              </w:rPr>
              <w:t xml:space="preserve"> </w:t>
            </w:r>
            <w:r w:rsidRPr="0049179A">
              <w:rPr>
                <w:sz w:val="15"/>
              </w:rPr>
              <w:t>ударением),</w:t>
            </w:r>
            <w:r w:rsidRPr="0049179A">
              <w:rPr>
                <w:spacing w:val="-8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ча,</w:t>
            </w:r>
            <w:r w:rsidRPr="0049179A">
              <w:rPr>
                <w:b/>
                <w:spacing w:val="10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ща,</w:t>
            </w:r>
            <w:r w:rsidRPr="0049179A">
              <w:rPr>
                <w:b/>
                <w:spacing w:val="11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чу,</w:t>
            </w:r>
            <w:r w:rsidRPr="0049179A">
              <w:rPr>
                <w:b/>
                <w:spacing w:val="11"/>
                <w:sz w:val="15"/>
              </w:rPr>
              <w:t xml:space="preserve"> </w:t>
            </w:r>
            <w:r w:rsidRPr="0049179A">
              <w:rPr>
                <w:b/>
                <w:sz w:val="15"/>
              </w:rPr>
              <w:t>щу</w:t>
            </w:r>
            <w:r w:rsidRPr="0049179A">
              <w:rPr>
                <w:sz w:val="15"/>
              </w:rPr>
              <w:t>;</w:t>
            </w:r>
            <w:r w:rsidRPr="0049179A">
              <w:rPr>
                <w:spacing w:val="1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сочетания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чк,</w:t>
            </w:r>
            <w:r w:rsidRPr="0049179A">
              <w:rPr>
                <w:b/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b/>
                <w:w w:val="105"/>
                <w:sz w:val="15"/>
              </w:rPr>
              <w:t>чн</w:t>
            </w:r>
            <w:r w:rsidRPr="0049179A"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Учебный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«Как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использовать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алгоритм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порядка действий при списывании?»;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Комментированное письмо: объяснение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различия в звукобуквенном составе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записываемых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Упражнения на закрепление правила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написания сочетаний жи, ши, ча, ща, чу, щу;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чк, чн. Взаимопроверка. Осуществление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самоконтроля использования правила;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 за языковым материалом: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формулирование на основе анализа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предложенного материала ответа на вопрос,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связанный с правилом переноса слов,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уточнение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переноса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(буквы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й,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ь,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ъ);</w:t>
            </w:r>
          </w:p>
          <w:p w:rsidR="0049179A" w:rsidRDefault="0049179A">
            <w:pPr>
              <w:pStyle w:val="TableParagraph"/>
              <w:spacing w:before="6" w:line="264" w:lineRule="auto"/>
              <w:ind w:left="78" w:right="53"/>
              <w:rPr>
                <w:sz w:val="15"/>
                <w:lang w:val="en-US"/>
              </w:rPr>
            </w:pPr>
            <w:r w:rsidRPr="0049179A">
              <w:rPr>
                <w:w w:val="105"/>
                <w:sz w:val="15"/>
              </w:rPr>
              <w:t>Работа с таблицей (в одном столбце слова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разделены по слогам, в другом столбце эти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же слова разделены для переноса):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сопоставление различия деления слов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слоги и для переноса, объяснение разницы;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Практическая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делением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для переноса, осуществление самоконтроля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 делении слов для переноса;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Дифференцированное задание: нахождение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 xml:space="preserve">слов по заданному основанию </w:t>
            </w:r>
            <w:r>
              <w:rPr>
                <w:w w:val="105"/>
                <w:sz w:val="15"/>
                <w:lang w:val="en-US"/>
              </w:rPr>
              <w:t>(слова,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которые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нельзя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перенести);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4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283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7.2.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Формирование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орфографической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зоркости: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осознание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места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возможного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возникновения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ошибки.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 xml:space="preserve">Самоконтроль: проверка </w:t>
            </w:r>
            <w:r w:rsidRPr="0049179A">
              <w:rPr>
                <w:w w:val="105"/>
                <w:sz w:val="15"/>
              </w:rPr>
              <w:t>своих письменных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 по другим предметам с целью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исправления возможных ошибок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применение правила переноса слов;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Практическая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работа: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запись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использованием правила написания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собственных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имён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существительных;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 w:right="60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ответы на вопросы,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которых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обязательно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нужно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будет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применить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правило написания собственных имён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существительных;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Творческое задание: написать текст,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котором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встретится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менее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шести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имён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собственных;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5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263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7.3.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Понятие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орфограммы.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85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языковым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материалом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(слова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 безударными гласными в корне слова или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с парными по звонкости — глухости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согласными на конце слова): знакомство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понятием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«орфограмма»;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Обсуждение особенностей обозначения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буквами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проверяемых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процессе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сравнения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ударных и безударных гласных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однокоренных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словах;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Учебный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планировать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порядок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действий при выявлении места возможной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ошибки»;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6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</w:tbl>
    <w:p w:rsidR="0049179A" w:rsidRPr="0049179A" w:rsidRDefault="0049179A" w:rsidP="0049179A">
      <w:pPr>
        <w:spacing w:after="0"/>
        <w:rPr>
          <w:sz w:val="15"/>
        </w:rPr>
        <w:sectPr w:rsidR="0049179A" w:rsidRP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379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7.4.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Использование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различных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способов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решения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задачи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зависимости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места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орфограммы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слове.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85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языковым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материалом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(слова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 безударными гласными в корне слова или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с парными по звонкости — глухости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согласными на конце слова): знакомство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понятием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«орфограмма»;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Обсуждение особенностей обозначения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буквами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проверяемых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процессе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сравнения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ударных и безударных гласных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однокоренных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словах;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Учебный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планировать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порядок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действий при выявлении места возможной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ошибки»;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38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Совместная разработка алгоритма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применения орфограммы «Проверяемые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безударные гласные в корне слова»;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Упражнение: нахождение и фиксация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орфограммы «Проверяемые </w:t>
            </w:r>
            <w:r w:rsidRPr="0049179A">
              <w:rPr>
                <w:w w:val="105"/>
                <w:sz w:val="15"/>
              </w:rPr>
              <w:t>безударные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слова»;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7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7.5.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3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Использование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орфографического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словаря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учебника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для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определения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(уточ</w:t>
            </w:r>
            <w:r w:rsidRPr="0049179A">
              <w:rPr>
                <w:rFonts w:ascii="Trebuchet MS" w:hAnsi="Trebuchet MS"/>
                <w:w w:val="105"/>
                <w:sz w:val="15"/>
              </w:rPr>
              <w:t>‐</w:t>
            </w:r>
            <w:r w:rsidRPr="0049179A">
              <w:rPr>
                <w:rFonts w:ascii="Trebuchet MS" w:hAnsi="Trebuchet MS"/>
                <w:spacing w:val="-4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нения)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написания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Учебный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планировать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порядок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действий при выявлении места возможной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ошибки»;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38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Совместная разработка алгоритма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применения орфограммы «Проверяемые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безударные гласные в корне слова»;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Упражнение: нахождение и фиксация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орфограммы «Проверяемые </w:t>
            </w:r>
            <w:r w:rsidRPr="0049179A">
              <w:rPr>
                <w:w w:val="105"/>
                <w:sz w:val="15"/>
              </w:rPr>
              <w:t>безударные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слова»;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 w:right="165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выявление в ряду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родственных слов нескольких </w:t>
            </w:r>
            <w:r w:rsidRPr="0049179A">
              <w:rPr>
                <w:w w:val="105"/>
                <w:sz w:val="15"/>
              </w:rPr>
              <w:t>проверочных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8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7.6.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111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Контроль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самоконтроль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проверке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собственных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предложенных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текстов.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4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Объяснение учащимися собственных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действий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проверочных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указание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тип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орфограммы;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аргументировать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 слов с изученными орфограммами;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Комментированное письмо при записи слов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 диктовку: выявлять наличие в корне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изучаемых орфограмм, обосновывать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способ проверки орфограмм;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Самостоятельная работа: находить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фиксировать (графически обозначать)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орфограммы;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19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</w:tbl>
    <w:p w:rsidR="0049179A" w:rsidRPr="0049179A" w:rsidRDefault="0049179A" w:rsidP="0049179A">
      <w:pPr>
        <w:spacing w:after="0"/>
        <w:rPr>
          <w:sz w:val="15"/>
        </w:rPr>
        <w:sectPr w:rsidR="0049179A" w:rsidRP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7.7.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Ознакомление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правилами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правописания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применение:</w:t>
            </w:r>
          </w:p>
          <w:p w:rsid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20"/>
              <w:ind w:left="167" w:hanging="92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разделительный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мягкий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знак;</w:t>
            </w:r>
          </w:p>
          <w:p w:rsid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20"/>
              <w:ind w:left="167" w:hanging="9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сочетания</w:t>
            </w:r>
            <w:r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чт,</w:t>
            </w:r>
            <w:r>
              <w:rPr>
                <w:b/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щн,</w:t>
            </w:r>
            <w:r>
              <w:rPr>
                <w:b/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нч</w:t>
            </w:r>
            <w:r>
              <w:rPr>
                <w:w w:val="105"/>
                <w:sz w:val="15"/>
                <w:lang w:val="en-US"/>
              </w:rPr>
              <w:t>;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19"/>
              <w:ind w:left="167" w:hanging="92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проверяемые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безударные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гласные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слова;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20"/>
              <w:ind w:left="167" w:hanging="92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парные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звонкие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глухие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корне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слова;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19" w:line="264" w:lineRule="auto"/>
              <w:ind w:right="288" w:firstLine="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непроверяемые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гласные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согласные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(перечень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орфографическом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словаре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учебника);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2" w:line="264" w:lineRule="auto"/>
              <w:ind w:right="159" w:firstLine="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прописная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буква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именах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собственных: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имена,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фамилии,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отчества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людей,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клички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животных,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географические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названия;</w:t>
            </w:r>
          </w:p>
          <w:p w:rsidR="0049179A" w:rsidRPr="0049179A" w:rsidRDefault="0049179A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1"/>
              <w:ind w:left="167" w:hanging="92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раздельное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написание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предлогов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именами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существительными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20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46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Объяснение учащимися собственных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действий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проверочных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указание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тип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орфограммы;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парах: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аргументировать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написание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 слов с изученными орфограммами;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Комментированное письмо при записи слов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 диктовку: выявлять наличие в корне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 изучаемых орфограмм, обосновывать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способ проверки орфограмм;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Самостоятельная работа: находить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фиксировать (графически обозначать)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орфограммы;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опрос;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0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50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b/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Раздел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8.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Развитие</w:t>
            </w:r>
            <w:r>
              <w:rPr>
                <w:b/>
                <w:spacing w:val="-6"/>
                <w:w w:val="105"/>
                <w:sz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lang w:val="en-US"/>
              </w:rPr>
              <w:t>речи</w:t>
            </w:r>
          </w:p>
        </w:tc>
      </w:tr>
      <w:tr w:rsidR="0049179A" w:rsidRPr="0049179A" w:rsidTr="0049179A">
        <w:trPr>
          <w:trHeight w:val="571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8.1.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152"/>
              <w:rPr>
                <w:sz w:val="15"/>
              </w:rPr>
            </w:pPr>
            <w:r w:rsidRPr="0049179A">
              <w:rPr>
                <w:w w:val="105"/>
                <w:sz w:val="15"/>
              </w:rPr>
              <w:t>Выбор языковых средств в соответствии с целями и условиями устного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общения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для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эффективного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решения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коммуникативной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задачи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(для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ответа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 заданный вопрос, для выражения собственного мнения). Овладение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основными умениями ведения разговора (начать, поддержать, закончить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разговор, привлечь внимание и т. п.). Практическое овладение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диалогической формой речи. Соблюдение норм речевого этикета 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орфоэпических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норм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ситуациях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учебного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бытового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6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 диалог, в ходе которого учащиеся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учатся определять особенности ситуации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общения: цели, задачи, состав участников,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место, время, средства коммуникации;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Обобще ние результатов </w:t>
            </w:r>
            <w:r w:rsidRPr="0049179A">
              <w:rPr>
                <w:w w:val="105"/>
                <w:sz w:val="15"/>
              </w:rPr>
              <w:t>диалога: сообщение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 о том, что в ситуации общения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важно удерживать </w:t>
            </w:r>
            <w:r w:rsidRPr="0049179A">
              <w:rPr>
                <w:w w:val="105"/>
                <w:sz w:val="15"/>
              </w:rPr>
              <w:t>цель общения, учитывать,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 кем и где происходит общение, поскольку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 этих особенностей ситуации зависит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выбор языковых средств;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Комментированный устный выбор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правильной реплики из нескольких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предложенных, обоснование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целесообразности </w:t>
            </w:r>
            <w:r w:rsidRPr="0049179A">
              <w:rPr>
                <w:w w:val="105"/>
                <w:sz w:val="15"/>
              </w:rPr>
              <w:t>выбора языковых средств,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соответствующих </w:t>
            </w:r>
            <w:r w:rsidRPr="0049179A">
              <w:rPr>
                <w:w w:val="105"/>
                <w:sz w:val="15"/>
              </w:rPr>
              <w:t>цели и условиям общения;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Ролевые игры, разыгрывание сценок для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отработки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умений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ведения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разговора: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начать,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поддержать, закончить разговор, привлечь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внимание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т.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п.;</w:t>
            </w:r>
          </w:p>
          <w:p w:rsidR="0049179A" w:rsidRPr="0049179A" w:rsidRDefault="0049179A">
            <w:pPr>
              <w:pStyle w:val="TableParagraph"/>
              <w:spacing w:before="1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Творческое задание: создание собственных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диалогов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ситуациях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необходимости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начать,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поддержать, закончить разговор, привлечь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внимание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т.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п.;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нормами речевого этикета;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Ролевая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игра,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которую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включена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отработка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этикетных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выражений;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Самонаблюдение с целью оценить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собственную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речевую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культуру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время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повседневного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1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</w:tbl>
    <w:p w:rsidR="0049179A" w:rsidRPr="0049179A" w:rsidRDefault="0049179A" w:rsidP="0049179A">
      <w:pPr>
        <w:spacing w:after="0"/>
        <w:rPr>
          <w:sz w:val="15"/>
        </w:rPr>
        <w:sectPr w:rsidR="0049179A" w:rsidRP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398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8.2.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Умение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договариваться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приходить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общему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решению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совместной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деятельности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проведении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парной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групповой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работы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Работа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группе: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уместность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использования средств общения в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предложенных речевых ситуациях;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Упражнение: нахождение </w:t>
            </w:r>
            <w:r w:rsidRPr="0049179A">
              <w:rPr>
                <w:w w:val="105"/>
                <w:sz w:val="15"/>
              </w:rPr>
              <w:t>в предложенных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текстах ошибок, связанных с правилами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общения, нормами речевого этикета,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исправление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найденных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ошибок;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Ролевая игра «Наблюдатели», цель игры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связана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оцениванием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правильности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выбора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языковых и неязыковых средств устного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общения на уроке и на переменах;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Творческое задание: создать плакат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правилами участия в диалоге (умение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слышать, точно реагировать на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реплики,поддерживать </w:t>
            </w:r>
            <w:r w:rsidRPr="0049179A">
              <w:rPr>
                <w:w w:val="105"/>
                <w:sz w:val="15"/>
              </w:rPr>
              <w:t>разговор, приводить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доводы);</w:t>
            </w:r>
          </w:p>
          <w:p w:rsidR="0049179A" w:rsidRPr="0049179A" w:rsidRDefault="0049179A">
            <w:pPr>
              <w:pStyle w:val="TableParagraph"/>
              <w:spacing w:before="6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Речевой тренинг: при разыгрывании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ситуаций анализировать собственную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успешность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участия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успешность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участия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нём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другой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стороны;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2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517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8.3.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 w:right="111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Составление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устного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рассказа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репродукции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картины.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Составление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устного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рассказа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личным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наблюдениям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вопросам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228"/>
              <w:jc w:val="both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Составление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устного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/</w:t>
            </w:r>
            <w:r w:rsidRPr="0049179A">
              <w:rPr>
                <w:spacing w:val="-5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ключевые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слова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/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самостоятельно;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5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Экскурсия в художественный музей (при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наличии в месте проживания) или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виртуальная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экскурсия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художественному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музею;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Выбор картины, которая произвела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наибольшее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впечатление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время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экскурсии.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Устный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этой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картине;</w:t>
            </w:r>
          </w:p>
          <w:p w:rsidR="0049179A" w:rsidRPr="0049179A" w:rsidRDefault="0049179A">
            <w:pPr>
              <w:pStyle w:val="TableParagraph"/>
              <w:spacing w:before="2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Устный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этой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картине;</w:t>
            </w:r>
          </w:p>
          <w:p w:rsidR="0049179A" w:rsidRPr="0049179A" w:rsidRDefault="0049179A">
            <w:pPr>
              <w:pStyle w:val="TableParagraph"/>
              <w:spacing w:before="19" w:line="264" w:lineRule="auto"/>
              <w:ind w:left="78" w:right="80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Проектное задание «Готовим виртуальную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экскурсию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залам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Третьяковской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галереи»: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каждый ученик в классе выбирает одну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картину и готовит о ней рассказ, все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рассказы соединяются в целостную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экскурсию;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Проект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«Выставка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картины»: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каждую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неделю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классе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проводится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выставка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одной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картины, картины по очереди подбирают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учащиеся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класса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готовят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устный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рассказ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выбранной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картине;</w:t>
            </w:r>
          </w:p>
          <w:p w:rsidR="0049179A" w:rsidRPr="0049179A" w:rsidRDefault="0049179A">
            <w:pPr>
              <w:pStyle w:val="TableParagraph"/>
              <w:spacing w:before="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Экскурсия, по результатам которой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составляется устный рассказ по личным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наблюдениям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время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экскурсии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или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вопросам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учителя;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3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</w:tbl>
    <w:p w:rsidR="0049179A" w:rsidRPr="0049179A" w:rsidRDefault="0049179A" w:rsidP="0049179A">
      <w:pPr>
        <w:spacing w:after="0"/>
        <w:rPr>
          <w:sz w:val="15"/>
        </w:rPr>
        <w:sectPr w:rsidR="0049179A" w:rsidRP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532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8.4.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w w:val="105"/>
                <w:sz w:val="15"/>
              </w:rPr>
              <w:t>Текст. Признаки текста: смысловое единство предложений в тексте;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последовательность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тексте;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выражение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законченной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мысли.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 диалог «Сравниваем слово,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предложение,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текст»,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выявление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ходе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диалога сходства и различия слова,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предложения,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языковым материалом: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несколько примеров текстов и «не текстов»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(нарушена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последовательность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предложений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137"/>
              <w:rPr>
                <w:sz w:val="15"/>
              </w:rPr>
            </w:pPr>
            <w:r w:rsidRPr="0049179A">
              <w:rPr>
                <w:w w:val="105"/>
                <w:sz w:val="15"/>
              </w:rPr>
              <w:t>/ несколько предложений, которые 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связаны единой темой / несколько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 об одном и том же, но 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выражающих мысль), сравнение, </w:t>
            </w:r>
            <w:r w:rsidRPr="0049179A">
              <w:rPr>
                <w:w w:val="105"/>
                <w:sz w:val="15"/>
              </w:rPr>
              <w:t>выявление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признаков текста: смысловое единство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предложений </w:t>
            </w:r>
            <w:r w:rsidRPr="0049179A">
              <w:rPr>
                <w:w w:val="105"/>
                <w:sz w:val="15"/>
              </w:rPr>
              <w:t>в тексте; последовательность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 в тексте; выражение в тексте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законченной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мысли;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парах: различение текста и «не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текста», аргументация своей точки зрения;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 за способами связи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 в тексте, высказывание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предположений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способах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связи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</w:t>
            </w:r>
            <w:r w:rsidRPr="0049179A">
              <w:rPr>
                <w:rFonts w:ascii="Trebuchet MS" w:hAnsi="Trebuchet MS"/>
                <w:w w:val="105"/>
                <w:sz w:val="15"/>
              </w:rPr>
              <w:t>‐</w:t>
            </w:r>
            <w:r w:rsidRPr="0049179A">
              <w:rPr>
                <w:rFonts w:ascii="Trebuchet MS" w:hAnsi="Trebuchet MS"/>
                <w:spacing w:val="-4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ний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60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Наблюдение за последовательностью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тексте;</w:t>
            </w:r>
          </w:p>
          <w:p w:rsidR="0049179A" w:rsidRPr="0049179A" w:rsidRDefault="0049179A">
            <w:pPr>
              <w:pStyle w:val="TableParagraph"/>
              <w:spacing w:before="1" w:line="264" w:lineRule="auto"/>
              <w:ind w:left="78" w:right="147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Самостоятельная работа: восстановление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деформированного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—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необходимо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определить правильный порядок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4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425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8.5.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Тема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текста.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Основная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мысль.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Заглавие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текста.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Подбор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заголовков</w:t>
            </w:r>
          </w:p>
          <w:p w:rsidR="0049179A" w:rsidRDefault="0049179A">
            <w:pPr>
              <w:pStyle w:val="TableParagraph"/>
              <w:spacing w:before="20" w:line="264" w:lineRule="auto"/>
              <w:ind w:left="76"/>
              <w:rPr>
                <w:sz w:val="15"/>
                <w:lang w:val="en-US"/>
              </w:rPr>
            </w:pPr>
            <w:r w:rsidRPr="0049179A">
              <w:rPr>
                <w:w w:val="105"/>
                <w:sz w:val="15"/>
              </w:rPr>
              <w:t>к предложенным текстам. Последовательность частей текста (абзацев).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Корректирование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текстов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нарушенным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порядком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абзацев.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Типы текстов: описание, повествование, рассуждение, их особенности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(первичное</w:t>
            </w:r>
            <w:r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ознакомление).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377"/>
              <w:rPr>
                <w:sz w:val="15"/>
              </w:rPr>
            </w:pPr>
            <w:r w:rsidRPr="0049179A">
              <w:rPr>
                <w:w w:val="105"/>
                <w:sz w:val="15"/>
              </w:rPr>
              <w:t>Практическая работа: формулирование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основной мысли предложенных </w:t>
            </w:r>
            <w:r w:rsidRPr="0049179A">
              <w:rPr>
                <w:w w:val="105"/>
                <w:sz w:val="15"/>
              </w:rPr>
              <w:t>текстов;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Наблюдение за структурой текста,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знакомство с абзацем как структурным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компонентом текста, формулирование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выводов о том, что в абзаце содержится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микротема;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 w:right="161"/>
              <w:rPr>
                <w:sz w:val="15"/>
              </w:rPr>
            </w:pPr>
            <w:r w:rsidRPr="0049179A">
              <w:rPr>
                <w:w w:val="105"/>
                <w:sz w:val="15"/>
              </w:rPr>
              <w:t>Совместная работа: определение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последовательности абзацев в тексте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нарушенным порядком следования </w:t>
            </w:r>
            <w:r w:rsidRPr="0049179A">
              <w:rPr>
                <w:w w:val="105"/>
                <w:sz w:val="15"/>
              </w:rPr>
              <w:t>абзацев;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Индивидуальная работа: определение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порядка следования абзацев;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Дифференцированное </w:t>
            </w:r>
            <w:r w:rsidRPr="0049179A">
              <w:rPr>
                <w:w w:val="105"/>
                <w:sz w:val="15"/>
              </w:rPr>
              <w:t>задание: выделение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абзацев в тексте, в котором абзацы не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выделены;</w:t>
            </w:r>
          </w:p>
          <w:p w:rsidR="0049179A" w:rsidRPr="0049179A" w:rsidRDefault="0049179A">
            <w:pPr>
              <w:pStyle w:val="TableParagraph"/>
              <w:spacing w:before="5" w:line="264" w:lineRule="auto"/>
              <w:ind w:left="78" w:right="269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Обсуждение: как связана основная мысль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 с содержанием каждого абзаца;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Практическая работа: формулирование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основной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каждого абзаца; преобразование </w:t>
            </w:r>
            <w:r w:rsidRPr="0049179A">
              <w:rPr>
                <w:w w:val="105"/>
                <w:sz w:val="15"/>
              </w:rPr>
              <w:t>основной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мысли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предложение;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5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</w:tbl>
    <w:p w:rsidR="0049179A" w:rsidRPr="0049179A" w:rsidRDefault="0049179A" w:rsidP="0049179A">
      <w:pPr>
        <w:spacing w:after="0"/>
        <w:rPr>
          <w:sz w:val="15"/>
        </w:rPr>
        <w:sectPr w:rsidR="0049179A" w:rsidRP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307"/>
        <w:gridCol w:w="528"/>
        <w:gridCol w:w="1104"/>
        <w:gridCol w:w="1140"/>
        <w:gridCol w:w="804"/>
        <w:gridCol w:w="3205"/>
        <w:gridCol w:w="1068"/>
        <w:gridCol w:w="1945"/>
      </w:tblGrid>
      <w:tr w:rsidR="0049179A" w:rsidRPr="0049179A" w:rsidTr="0049179A">
        <w:trPr>
          <w:trHeight w:val="167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lastRenderedPageBreak/>
              <w:t>8.6.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spacing w:val="-1"/>
                <w:w w:val="105"/>
                <w:sz w:val="15"/>
                <w:lang w:val="en-US"/>
              </w:rPr>
              <w:t>Знакомство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с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жанром</w:t>
            </w:r>
            <w:r>
              <w:rPr>
                <w:spacing w:val="-8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поздравления.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159"/>
              <w:rPr>
                <w:sz w:val="15"/>
              </w:rPr>
            </w:pPr>
            <w:r w:rsidRPr="0049179A">
              <w:rPr>
                <w:w w:val="105"/>
                <w:sz w:val="15"/>
              </w:rPr>
              <w:t>Обсуждение особенностей жанра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поздравления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ходе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анализа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предложенных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примеров поздравлений, анализ структуры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текстов-поздравлений;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 w:right="147"/>
              <w:rPr>
                <w:sz w:val="15"/>
              </w:rPr>
            </w:pPr>
            <w:r w:rsidRPr="0049179A">
              <w:rPr>
                <w:w w:val="105"/>
                <w:sz w:val="15"/>
              </w:rPr>
              <w:t>Творческое задание: создание текста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поздравительной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открытки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(выбор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повода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для поздравления определяется самими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учащимися);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6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379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8.7.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Понимание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текста: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развитие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умения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формулировать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простые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выводы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основе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информации,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содержащейся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тексте.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55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«Какие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могут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быть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цели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создании текстов?», высказывание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учащимися </w:t>
            </w:r>
            <w:r w:rsidRPr="0049179A">
              <w:rPr>
                <w:w w:val="105"/>
                <w:sz w:val="15"/>
              </w:rPr>
              <w:t>предположений о целях создания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 w:right="251"/>
              <w:rPr>
                <w:sz w:val="15"/>
              </w:rPr>
            </w:pPr>
            <w:r w:rsidRPr="0049179A">
              <w:rPr>
                <w:w w:val="105"/>
                <w:sz w:val="15"/>
              </w:rPr>
              <w:t>Наблюдение за особенностями текста-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описания, установление его </w:t>
            </w:r>
            <w:r w:rsidRPr="0049179A">
              <w:rPr>
                <w:w w:val="105"/>
                <w:sz w:val="15"/>
              </w:rPr>
              <w:t>особенностей,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нахождение в тексте средств создания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описания;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 w:right="330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Обсуждение различных текстовописаний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(художественных, научных описаний):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выявление сходства и различий;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 xml:space="preserve">Наблюдение за текстомповествованием </w:t>
            </w:r>
            <w:r w:rsidRPr="0049179A">
              <w:rPr>
                <w:w w:val="105"/>
                <w:sz w:val="15"/>
              </w:rPr>
              <w:t>и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установление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его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особенностей;</w:t>
            </w:r>
          </w:p>
          <w:p w:rsidR="0049179A" w:rsidRPr="0049179A" w:rsidRDefault="0049179A">
            <w:pPr>
              <w:pStyle w:val="TableParagraph"/>
              <w:spacing w:before="2" w:line="264" w:lineRule="auto"/>
              <w:ind w:left="78" w:right="466"/>
              <w:rPr>
                <w:sz w:val="15"/>
              </w:rPr>
            </w:pPr>
            <w:r w:rsidRPr="0049179A">
              <w:rPr>
                <w:w w:val="105"/>
                <w:sz w:val="15"/>
              </w:rPr>
              <w:t>Работа в группах: сравнение текстов-</w:t>
            </w:r>
            <w:r w:rsidRPr="0049179A">
              <w:rPr>
                <w:rFonts w:ascii="Trebuchet MS" w:hAnsi="Trebuchet MS"/>
                <w:w w:val="105"/>
                <w:sz w:val="15"/>
              </w:rPr>
              <w:t>‐</w:t>
            </w:r>
            <w:r w:rsidRPr="0049179A"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повествований с текстами-описаниями;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Наблюдение за текстом-рассуждением,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установление</w:t>
            </w:r>
            <w:r w:rsidRPr="0049179A">
              <w:rPr>
                <w:spacing w:val="-4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его</w:t>
            </w:r>
            <w:r w:rsidRPr="0049179A">
              <w:rPr>
                <w:spacing w:val="-3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особенностей;</w:t>
            </w:r>
          </w:p>
          <w:p w:rsidR="0049179A" w:rsidRPr="0049179A" w:rsidRDefault="0049179A">
            <w:pPr>
              <w:pStyle w:val="TableParagraph"/>
              <w:spacing w:before="1" w:line="264" w:lineRule="auto"/>
              <w:ind w:left="78" w:right="73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Учебный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диалог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«Что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важно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для</w:t>
            </w:r>
            <w:r w:rsidRPr="0049179A">
              <w:rPr>
                <w:spacing w:val="-10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составления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текста-рассуждения?»;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7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RPr="0049179A" w:rsidTr="0049179A">
        <w:trPr>
          <w:trHeight w:val="230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55" w:right="49"/>
              <w:jc w:val="center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8.8.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Выразительное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чтение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текста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вслух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соблюдением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правильной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интонации.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Подробное изложение повествовательного текста объёмом 30—45 слов с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 w:line="264" w:lineRule="auto"/>
              <w:ind w:left="78" w:right="305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 xml:space="preserve">Коллективный анализ содержания </w:t>
            </w:r>
            <w:r w:rsidRPr="0049179A">
              <w:rPr>
                <w:w w:val="105"/>
                <w:sz w:val="15"/>
              </w:rPr>
              <w:t>текста,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который предложен как основа для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изложения (повествовательный текст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объёмом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30—45</w:t>
            </w:r>
            <w:r w:rsidRPr="0049179A">
              <w:rPr>
                <w:spacing w:val="-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слов);</w:t>
            </w:r>
          </w:p>
          <w:p w:rsidR="0049179A" w:rsidRPr="0049179A" w:rsidRDefault="0049179A">
            <w:pPr>
              <w:pStyle w:val="TableParagraph"/>
              <w:spacing w:before="3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Устные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ответы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поставленные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к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тексту</w:t>
            </w:r>
            <w:r w:rsidRPr="0049179A">
              <w:rPr>
                <w:spacing w:val="-3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вопросы;</w:t>
            </w:r>
          </w:p>
          <w:p w:rsidR="0049179A" w:rsidRPr="0049179A" w:rsidRDefault="0049179A">
            <w:pPr>
              <w:pStyle w:val="TableParagraph"/>
              <w:spacing w:before="1" w:line="264" w:lineRule="auto"/>
              <w:ind w:left="78"/>
              <w:rPr>
                <w:sz w:val="15"/>
              </w:rPr>
            </w:pPr>
            <w:r w:rsidRPr="0049179A">
              <w:rPr>
                <w:w w:val="105"/>
                <w:sz w:val="15"/>
              </w:rPr>
              <w:t>Устный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пересказ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текста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</w:t>
            </w:r>
            <w:r w:rsidRPr="0049179A">
              <w:rPr>
                <w:spacing w:val="-7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опорой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на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вопросы;</w:t>
            </w:r>
            <w:r w:rsidRPr="0049179A">
              <w:rPr>
                <w:spacing w:val="-36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Письменное подробное изложение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содержания текста с опорой на вопросы;</w:t>
            </w:r>
            <w:r w:rsidRPr="0049179A">
              <w:rPr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Самопроверка с возможностью коррек</w:t>
            </w:r>
            <w:r w:rsidRPr="0049179A">
              <w:rPr>
                <w:rFonts w:ascii="Trebuchet MS" w:hAnsi="Trebuchet MS"/>
                <w:w w:val="105"/>
                <w:sz w:val="15"/>
              </w:rPr>
              <w:t>‐</w:t>
            </w:r>
            <w:r w:rsidRPr="0049179A"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тировки</w:t>
            </w:r>
            <w:r w:rsidRPr="0049179A">
              <w:rPr>
                <w:spacing w:val="-2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пересказа;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 w:line="264" w:lineRule="auto"/>
              <w:ind w:left="79" w:right="82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Устный;</w:t>
            </w:r>
            <w:r>
              <w:rPr>
                <w:spacing w:val="1"/>
                <w:w w:val="105"/>
                <w:sz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lang w:val="en-US"/>
              </w:rPr>
              <w:t>письменный;</w:t>
            </w:r>
            <w:r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текущий;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2E16B1">
            <w:pPr>
              <w:pStyle w:val="TableParagraph"/>
              <w:spacing w:before="64"/>
              <w:ind w:left="80"/>
              <w:rPr>
                <w:sz w:val="15"/>
                <w:lang w:val="en-US"/>
              </w:rPr>
            </w:pPr>
            <w:hyperlink r:id="rId128" w:history="1">
              <w:r w:rsidR="0049179A">
                <w:rPr>
                  <w:rStyle w:val="afe"/>
                  <w:color w:val="auto"/>
                  <w:w w:val="105"/>
                  <w:sz w:val="15"/>
                  <w:u w:val="none"/>
                  <w:lang w:val="en-US"/>
                </w:rPr>
                <w:t>http://school</w:t>
              </w:r>
            </w:hyperlink>
          </w:p>
          <w:p w:rsidR="0049179A" w:rsidRDefault="0049179A">
            <w:pPr>
              <w:pStyle w:val="TableParagraph"/>
              <w:spacing w:before="20"/>
              <w:ind w:left="80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-collection.edu.ru/</w:t>
            </w: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Итого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по</w:t>
            </w:r>
            <w:r>
              <w:rPr>
                <w:spacing w:val="-7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разделу: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30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Резервное</w:t>
            </w:r>
            <w:r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  <w:lang w:val="en-US"/>
              </w:rPr>
              <w:t>время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30</w:t>
            </w:r>
          </w:p>
        </w:tc>
        <w:tc>
          <w:tcPr>
            <w:tcW w:w="92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9179A" w:rsidTr="0049179A">
        <w:trPr>
          <w:trHeight w:val="333"/>
        </w:trPr>
        <w:tc>
          <w:tcPr>
            <w:tcW w:w="5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Pr="0049179A" w:rsidRDefault="0049179A">
            <w:pPr>
              <w:pStyle w:val="TableParagraph"/>
              <w:spacing w:before="64"/>
              <w:ind w:left="76"/>
              <w:rPr>
                <w:sz w:val="15"/>
              </w:rPr>
            </w:pPr>
            <w:r w:rsidRPr="0049179A">
              <w:rPr>
                <w:spacing w:val="-1"/>
                <w:w w:val="105"/>
                <w:sz w:val="15"/>
              </w:rPr>
              <w:t>ОБЩЕЕ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spacing w:val="-1"/>
                <w:w w:val="105"/>
                <w:sz w:val="15"/>
              </w:rPr>
              <w:t>КОЛИЧЕСТВО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ЧАСОВ</w:t>
            </w:r>
            <w:r w:rsidRPr="0049179A">
              <w:rPr>
                <w:spacing w:val="-9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ПО</w:t>
            </w:r>
            <w:r w:rsidRPr="0049179A">
              <w:rPr>
                <w:spacing w:val="-8"/>
                <w:w w:val="105"/>
                <w:sz w:val="15"/>
              </w:rPr>
              <w:t xml:space="preserve"> </w:t>
            </w:r>
            <w:r w:rsidRPr="0049179A"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6"/>
              <w:rPr>
                <w:sz w:val="15"/>
                <w:lang w:val="en-US"/>
              </w:rPr>
            </w:pPr>
            <w:r>
              <w:rPr>
                <w:w w:val="105"/>
                <w:sz w:val="15"/>
                <w:lang w:val="en-US"/>
              </w:rPr>
              <w:t>170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179A" w:rsidRDefault="0049179A">
            <w:pPr>
              <w:pStyle w:val="TableParagraph"/>
              <w:spacing w:before="64"/>
              <w:ind w:left="77"/>
              <w:jc w:val="center"/>
              <w:rPr>
                <w:sz w:val="15"/>
                <w:lang w:val="en-US"/>
              </w:rPr>
            </w:pPr>
            <w:r>
              <w:rPr>
                <w:w w:val="104"/>
                <w:sz w:val="15"/>
                <w:lang w:val="en-US"/>
              </w:rPr>
              <w:t>12</w:t>
            </w:r>
          </w:p>
        </w:tc>
        <w:tc>
          <w:tcPr>
            <w:tcW w:w="70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79A" w:rsidRDefault="0049179A">
            <w:pPr>
              <w:pStyle w:val="TableParagraph"/>
              <w:rPr>
                <w:sz w:val="14"/>
                <w:lang w:val="en-US"/>
              </w:rPr>
            </w:pPr>
          </w:p>
        </w:tc>
      </w:tr>
    </w:tbl>
    <w:p w:rsidR="0049179A" w:rsidRDefault="0049179A" w:rsidP="0049179A">
      <w:pPr>
        <w:spacing w:after="0"/>
        <w:rPr>
          <w:sz w:val="14"/>
        </w:rPr>
        <w:sectPr w:rsidR="0049179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49179A" w:rsidRDefault="0006367F" w:rsidP="0049179A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lastRenderedPageBreak/>
        <w:t xml:space="preserve">                                              </w:t>
      </w:r>
      <w:r w:rsidR="0049179A">
        <w:rPr>
          <w:rFonts w:ascii="Times New Roman" w:eastAsia="Times New Roman" w:hAnsi="Times New Roman" w:cs="Times New Roman"/>
          <w:b/>
          <w:lang w:val="ru-RU" w:eastAsia="ru-RU"/>
        </w:rPr>
        <w:t>ПОУРОЧНОЕ ПЛАНИРОВАНИЕ</w:t>
      </w:r>
      <w:r w:rsidR="0049179A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5657046" wp14:editId="0F90F9DC">
                <wp:simplePos x="0" y="0"/>
                <wp:positionH relativeFrom="margin">
                  <wp:posOffset>64135</wp:posOffset>
                </wp:positionH>
                <wp:positionV relativeFrom="paragraph">
                  <wp:posOffset>277495</wp:posOffset>
                </wp:positionV>
                <wp:extent cx="6713855" cy="6985"/>
                <wp:effectExtent l="0" t="0" r="0" b="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38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192E0" id="Прямоугольник 6" o:spid="_x0000_s1026" style="position:absolute;margin-left:5.05pt;margin-top:21.85pt;width:528.65pt;height:.55pt;z-index:-251656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" fillcolor="black" stroked="f">
                <w10:wrap type="topAndBottom" anchorx="margin"/>
              </v:rect>
            </w:pict>
          </mc:Fallback>
        </mc:AlternateContent>
      </w:r>
    </w:p>
    <w:p w:rsidR="0049179A" w:rsidRDefault="0049179A" w:rsidP="0049179A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112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6"/>
        <w:gridCol w:w="3014"/>
        <w:gridCol w:w="788"/>
        <w:gridCol w:w="1680"/>
        <w:gridCol w:w="1734"/>
        <w:gridCol w:w="1256"/>
        <w:gridCol w:w="2043"/>
      </w:tblGrid>
      <w:tr w:rsidR="0049179A" w:rsidTr="00915026"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4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Pr="00915026" w:rsidRDefault="00990848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5026">
              <w:rPr>
                <w:b/>
                <w:color w:val="000000"/>
                <w:sz w:val="21"/>
                <w:szCs w:val="21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49179A" w:rsidTr="00915026">
        <w:tc>
          <w:tcPr>
            <w:tcW w:w="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Знакомство с учебником «Русский язык». Какая бывает речь?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Pr="00915026" w:rsidRDefault="002E16B1" w:rsidP="00915026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2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3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bookmarkStart w:id="1" w:name="_30j0zll"/>
            <w:bookmarkEnd w:id="1"/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можно узнать о человеке по его речи?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3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3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Диалог и монолог.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3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3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текст? Тема текста.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3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3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Главная мысль текста.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3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3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Части текста. Составление рассказа по рисунку, данному началу и опорным словам.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5026" w:rsidRPr="00915026" w:rsidRDefault="002E16B1">
            <w:pPr>
              <w:widowControl w:val="0"/>
              <w:spacing w:after="0" w:line="240" w:lineRule="auto"/>
              <w:rPr>
                <w:lang w:val="ru-RU"/>
              </w:rPr>
            </w:pPr>
            <w:hyperlink r:id="rId13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4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Предложение как единица речи, его назначение и признаки.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4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4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слов в предложении.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4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4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Входной диктант по теме «Повторение».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4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4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</w:t>
            </w:r>
          </w:p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Главные члены предложения.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4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4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Второстепенные члены предложения.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4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5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Подлежащее и сказуемое – главные члены предложения.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5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5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Распространённые и нераспространённые предложения.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5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5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Связь слов в предложении.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 w:rsidP="009150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5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5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Обучающее сочинение по картине И. С. Остроухова «Золотая осень».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5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5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</w:t>
            </w:r>
          </w:p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Обобщение знаний по теме « Текст. Предложение».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5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6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знаний по теме « Текст. Предложение».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6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6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Лексическое значение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6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6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Однозначные и многозначные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6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6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Прямое и переносное  значение многозначных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слов.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6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6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Синонимы.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6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7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Антонимы.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7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7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Изложение повествовательного текста.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7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7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Родственные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7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7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Родственные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7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7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Корень слова. Однокоренные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7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8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Корень слова. Однокоренные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8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8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Слог как минимальная произносительная единица.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8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8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Ударение. Как определить ударный слог.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8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8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Перенос слова с одной строки на другую.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8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8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Обучающее сочинение по серии сюжетных рисунков, вопросам и опорным словам.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8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9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знаний по теме «Слова».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9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9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Контрольный диктант за 1 четверть.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9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9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</w:t>
            </w:r>
          </w:p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знаний по теме «Слова».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9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9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Звуки и буквы.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 w:rsidP="009150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9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19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Звуки и буквы.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19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0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алфавит, или Азбука.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 w:rsidP="009150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0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0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Использование алфавита при работе со словарями.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0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0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Употребление прописной (заглавной) буквы.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0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0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Сочинение по репродукции картины З.Е. Серебряковой «За обедом».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0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0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Гласные звуки и буквы и их признаки.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0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1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Гласные звуки. Слова с буквой э.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1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1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1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1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Правило обозначения буквой безударного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гласного звука.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1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1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проверки написания буквы, обозначающей гласный звук в корне слова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1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1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1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2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2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2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2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2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Буквы безударных гласных корня, которые надо запомнить.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2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2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словарных слов.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2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2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об орфограмме. Проверяемые и непроверяемые орфограммы.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2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3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слов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проверяемыми и непроверяемыми орфограммами.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3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3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 по репродукции картины С.А. Тутунова «Зима пришла. Детство».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3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3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3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3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3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3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3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4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Обобщение и проверка знаний по теме «Гласные звуки».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4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4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Согласные звуки.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4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4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Согласный звук и буква Й.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4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4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Слова с удвоенными согласными.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4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4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 по репродукции картины А.С. Степанова «Лоси».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4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5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ошибками, допущенными в сочинении. </w:t>
            </w:r>
          </w:p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«И в шутку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всерьез».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5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5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Твердые и мягкие согласные звуки и буквы для их обозначения.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5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5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Мягкий знак (ь) как показатель мягкости согласного звука на письме.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5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5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слов с мягким знаком (ь) на конце и в середине перед согласным.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5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5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слов с мягким знаком (ь) на конце и в середине перед согласным.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5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6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Обобщение и проверка знаний по теме «Согласные звуки».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6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6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 «Пишем письмо».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6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6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Буквосочетания с шипящими звуками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чк, чн, чт, щн, нч.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6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6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Буквосочетания с шипящими звуками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чк, чн, чт, щн, нч.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6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6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в словах буквосочетаний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чк, чн, чт, щн, нч.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 «Рифма».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6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7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Буквосочетания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жи-ши, ча-ща, чу-щу 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7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7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Буквосочетания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жи-ши, ча-ща, чу-щу.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7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7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 проверка знаний по теме «Буквосочетания с шипящими звуками».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7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7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за 2 четверть.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 w:rsidP="009150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7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7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7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8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Звонкие и глухие согласные звуки.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8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8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парным по глухости-звонкости согласным.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8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8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парным по глухости-звонкости согласным.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8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8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парным по глухости-звонкости согласным.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8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8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парным по глухости-звонкости согласным 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8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9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парным по глухости-звонкости согласным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91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92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парным по глухости-звонкости согласным.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93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94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парным по глухости-звонкости согласным.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95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96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слов с парным по глухости-звонкости согласным 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97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298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текста по вопросам.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299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resh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edu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00" w:history="1">
              <w:r w:rsidR="00915026">
                <w:rPr>
                  <w:rStyle w:val="afe"/>
                  <w:rFonts w:eastAsia="Calibri"/>
                  <w:color w:val="0563C1"/>
                </w:rPr>
                <w:t>https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915026">
                <w:rPr>
                  <w:rStyle w:val="afe"/>
                  <w:rFonts w:eastAsia="Calibri"/>
                  <w:color w:val="0563C1"/>
                </w:rPr>
                <w:t>uchi</w:t>
              </w:r>
              <w:r w:rsidR="0091502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91502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</w:t>
            </w:r>
          </w:p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знаний об изученных орфограммах.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0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0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 проверка знаний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Звонкие и глухие согласные звуки».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0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0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Разделительный мягкий знак (ь).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0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0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разделительным мягким знаком (ь).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0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0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разделительным мягким знаком (ь) и другими изученными орфограммами.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0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1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Правописание слов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разделительным мягким знаком (ь) и другими изученными орфограммами.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1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1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 по теме «Звуки и буквы»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1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1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допущенными в контрольной работе.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1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1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 речи.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1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1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Употребление частей речи в тексте.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1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2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Имя существительное как часть речи: значение и употребление в речи.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2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2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Имя существительное как часть речи: значение и употребление в речи.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2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2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Одушевлённые и неодушевленные имена существительные.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2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2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Одушевлённые и неодушевленные имена существительные.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2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2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Собственные и нарицательные имена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существительные.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2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3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собственных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3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3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собственных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3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3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собственных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3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3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собственных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3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3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Единственное и множественное число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3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4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 по числам.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4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4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Число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 существительных.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4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4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Подробное изложение повествовательного текста.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4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4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ошибками, допущенными в изложении. Обобщение знаний об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имени существительном.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4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4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знаний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Имя существительное».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4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5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5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5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Глагол как часть речи.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5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5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Значение глагола в речи.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5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5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Признаки глагола.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5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5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 по репродукции картины А.К. Саврасова «Грачи прилетели».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5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6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Единственное и множественное число глаголов.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6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6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Единственное и множественное число глаголов.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6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6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частицы НЕ с глаголами.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6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6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Правописание частицы НЕ с глаголами.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6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6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Текст-повествование и роль в нем глаголов.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6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7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текста-повествования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заданную тему.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7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7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Контрольный диктант за 3 четверть.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7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7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Обобщение знаний о глаголе.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7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7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знаний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Глагол».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7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7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Имя прилагательное как часть речи.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7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8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8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8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8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8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Значение и употребление в речи имен прилагательных.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8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8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Значение и употребление в речи имен прилагательных.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8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8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Единственное и множественное число имен прилагательных.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8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9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Единственное и множественное число имен прилагательных.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9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9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Текст-описание и роль в нем имен прилагательных.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9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9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текста-описания по репродукции картины Ф.П. Толстого «Букет цветов, бабочка и птичка».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9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9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9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39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Обобщение знаний об имени прилагательном.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39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0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знаний об имени прилагательном.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0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0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знаний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Имя прилагательное»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0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0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Местоимение как часть речи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0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0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Местоимение: значение и употребление в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0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0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Местоимение как часть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0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1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Текст-рассуждение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1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1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Обобщение и проверка знаний о местоимении.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1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1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Предлог как часть речи. Роль предлогов в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1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1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предлогов с именами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существительными.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1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1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предлогов с именами существительными.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1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2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Правописание предлогов с именами существительными.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2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2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Восстановление деформированного повествовательного текста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2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2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 проверка знаний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Предлоги»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2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2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 «В словари – за частями речи!»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2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2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Итоговый контрольный диктант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2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3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Текст. Типы текстов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3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3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Текст-описание по картине И.И. Шишкина «Утро в сосновом бору»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3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3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Предложение.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3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3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Предложение. Связь слов в предложении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3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3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Предложение. Члены предложения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3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4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Слово и его лексическое значение. Однокоренные слова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4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4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Слово и его лексическое значение. Однокоренные слова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4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4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4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4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4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4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 речи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4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5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Звуки и буквы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5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5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5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5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Итоговая тестовая работа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5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5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5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5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повторение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59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60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повторение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61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62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повторение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63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64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повторение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65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66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RPr="00686E44" w:rsidTr="00915026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numPr>
                <w:ilvl w:val="0"/>
                <w:numId w:val="24"/>
              </w:numPr>
              <w:spacing w:before="72"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повторение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79A" w:rsidRDefault="004917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2E16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hyperlink r:id="rId467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resh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edu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  <w:hyperlink r:id="rId468" w:history="1">
              <w:r w:rsidR="006A3856">
                <w:rPr>
                  <w:rStyle w:val="afe"/>
                  <w:rFonts w:eastAsia="Calibri"/>
                  <w:color w:val="0563C1"/>
                </w:rPr>
                <w:t>https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://</w:t>
              </w:r>
              <w:r w:rsidR="006A3856">
                <w:rPr>
                  <w:rStyle w:val="afe"/>
                  <w:rFonts w:eastAsia="Calibri"/>
                  <w:color w:val="0563C1"/>
                </w:rPr>
                <w:t>uchi</w:t>
              </w:r>
              <w:r w:rsidR="006A3856" w:rsidRPr="00915026">
                <w:rPr>
                  <w:rStyle w:val="afe"/>
                  <w:rFonts w:eastAsia="Calibri"/>
                  <w:color w:val="0563C1"/>
                  <w:lang w:val="ru-RU"/>
                </w:rPr>
                <w:t>.</w:t>
              </w:r>
              <w:r w:rsidR="006A3856">
                <w:rPr>
                  <w:rStyle w:val="afe"/>
                  <w:rFonts w:eastAsia="Calibri"/>
                  <w:color w:val="0563C1"/>
                </w:rPr>
                <w:t>ru</w:t>
              </w:r>
            </w:hyperlink>
          </w:p>
        </w:tc>
      </w:tr>
      <w:tr w:rsidR="0049179A" w:rsidTr="00915026">
        <w:tc>
          <w:tcPr>
            <w:tcW w:w="3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9179A" w:rsidRDefault="0049179A">
            <w:pPr>
              <w:widowControl w:val="0"/>
              <w:spacing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</w:tbl>
    <w:p w:rsidR="0049179A" w:rsidRDefault="0049179A" w:rsidP="0049179A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  <w:sectPr w:rsidR="0049179A">
          <w:pgSz w:w="11900" w:h="16840"/>
          <w:pgMar w:top="580" w:right="460" w:bottom="280" w:left="560" w:header="720" w:footer="720" w:gutter="0"/>
          <w:cols w:space="720"/>
        </w:sectPr>
      </w:pPr>
    </w:p>
    <w:p w:rsidR="0049179A" w:rsidRDefault="0049179A" w:rsidP="0049179A">
      <w:pPr>
        <w:widowControl w:val="0"/>
        <w:spacing w:before="66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УЧЕБНО-МЕТОДИЧЕСКОЕ ОБЕСПЕЧЕНИЕ ОБРАЗОВАТЕЛЬНОГО ПРОЦЕССА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1C0E" id="Прямоугольник 5" o:spid="_x0000_s1026" style="position:absolute;margin-left:5.3pt;margin-top:22.9pt;width:528.15pt;height:.6pt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" fillcolor="black" stroked="f">
                <w10:wrap type="topAndBottom" anchorx="margin"/>
              </v:rect>
            </w:pict>
          </mc:Fallback>
        </mc:AlternateContent>
      </w:r>
    </w:p>
    <w:p w:rsidR="0049179A" w:rsidRDefault="0049179A" w:rsidP="0049179A">
      <w:pPr>
        <w:widowControl w:val="0"/>
        <w:spacing w:before="17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ОБЯЗАТЕЛЬНЫЕ УЧЕБНЫЕ МАТЕРИАЛЫ ДЛЯ УЧЕНИКА</w:t>
      </w:r>
    </w:p>
    <w:p w:rsidR="0049179A" w:rsidRDefault="0049179A" w:rsidP="0049179A">
      <w:pPr>
        <w:widowControl w:val="0"/>
        <w:spacing w:before="15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Канакина В.П., Горецкий В.Г., Русский язык (в 2 частях). Учебник. 2 класс. Акционерное общество</w:t>
      </w:r>
    </w:p>
    <w:p w:rsidR="0049179A" w:rsidRDefault="0049179A" w:rsidP="0049179A">
      <w:pPr>
        <w:widowControl w:val="0"/>
        <w:spacing w:before="60" w:after="0" w:line="290" w:lineRule="auto"/>
        <w:ind w:right="750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«Издательство «Просвещение»; Введите свой вариант:</w:t>
      </w:r>
    </w:p>
    <w:p w:rsidR="0049179A" w:rsidRDefault="0049179A" w:rsidP="0049179A">
      <w:pPr>
        <w:widowControl w:val="0"/>
        <w:spacing w:before="19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МАТЕРИАЛЫ ДЛЯ УЧИТЕЛЯ</w:t>
      </w:r>
    </w:p>
    <w:p w:rsidR="0049179A" w:rsidRDefault="0049179A" w:rsidP="0049179A">
      <w:pPr>
        <w:widowControl w:val="0"/>
        <w:spacing w:before="15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Методическое пособие Русский язык 2 класс</w:t>
      </w:r>
    </w:p>
    <w:p w:rsidR="0049179A" w:rsidRDefault="0049179A" w:rsidP="0049179A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49179A" w:rsidRDefault="0049179A" w:rsidP="0049179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ЦИФРОВЫЕ ОБРАЗОВАТЕЛЬНЫЕ РЕСУРСЫ И РЕСУРСЫ СЕТИ ИНТЕРНЕТ</w:t>
      </w:r>
    </w:p>
    <w:p w:rsidR="0049179A" w:rsidRDefault="0049179A" w:rsidP="0049179A">
      <w:pPr>
        <w:widowControl w:val="0"/>
        <w:spacing w:before="156" w:after="0" w:line="290" w:lineRule="auto"/>
        <w:ind w:right="85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https://infourok.ru/ https //nsportal.ru https://resh.edu.ru</w:t>
      </w:r>
    </w:p>
    <w:p w:rsidR="0049179A" w:rsidRDefault="0049179A" w:rsidP="0049179A">
      <w:pPr>
        <w:spacing w:after="0" w:line="29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9179A">
          <w:pgSz w:w="11900" w:h="16840"/>
          <w:pgMar w:top="520" w:right="460" w:bottom="280" w:left="560" w:header="720" w:footer="720" w:gutter="0"/>
          <w:cols w:space="720"/>
        </w:sectPr>
      </w:pPr>
    </w:p>
    <w:p w:rsidR="0049179A" w:rsidRDefault="0049179A" w:rsidP="0049179A">
      <w:pPr>
        <w:widowControl w:val="0"/>
        <w:spacing w:before="66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МАТЕРИАЛЬНО-ТЕХНИЧЕСКОЕ ОБЕСПЕЧЕНИЕ ОБРАЗОВАТЕЛЬНОГО ПРОЦЕССА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8F55" id="Прямоугольник 3" o:spid="_x0000_s1026" style="position:absolute;margin-left:5.3pt;margin-top:22.9pt;width:528.1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oonQIAAAo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" fillcolor="black" stroked="f">
                <w10:wrap type="topAndBottom" anchorx="margin"/>
              </v:rect>
            </w:pict>
          </mc:Fallback>
        </mc:AlternateContent>
      </w:r>
    </w:p>
    <w:p w:rsidR="0049179A" w:rsidRDefault="0049179A" w:rsidP="0049179A">
      <w:pPr>
        <w:widowControl w:val="0"/>
        <w:spacing w:before="17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УЧЕБНОЕ ОБОРУДОВАНИЕ</w:t>
      </w:r>
    </w:p>
    <w:p w:rsidR="0049179A" w:rsidRDefault="0049179A" w:rsidP="0049179A">
      <w:pPr>
        <w:widowControl w:val="0"/>
        <w:spacing w:before="15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Мультимедийное оборудование</w:t>
      </w:r>
    </w:p>
    <w:p w:rsidR="0049179A" w:rsidRDefault="0049179A" w:rsidP="0049179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49179A" w:rsidRDefault="0049179A" w:rsidP="0049179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ОБОРУДОВАНИЕ ДЛЯ ПРОВЕДЕНИЯ ПРАКТИЧЕСКИХ РАБОТ</w:t>
      </w:r>
    </w:p>
    <w:p w:rsidR="0049179A" w:rsidRDefault="0049179A" w:rsidP="0049179A">
      <w:pPr>
        <w:widowControl w:val="0"/>
        <w:spacing w:before="156" w:after="0" w:line="290" w:lineRule="auto"/>
        <w:ind w:right="157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Комплект таблиц по русскому языку 2 класс, карточки для индивидуальной, групповой и фронтальной работы, раздаточный материал</w:t>
      </w:r>
    </w:p>
    <w:p w:rsidR="0049179A" w:rsidRDefault="0049179A" w:rsidP="0049179A">
      <w:pPr>
        <w:spacing w:after="0" w:line="29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9179A">
          <w:pgSz w:w="11900" w:h="16840"/>
          <w:pgMar w:top="520" w:right="460" w:bottom="280" w:left="560" w:header="720" w:footer="720" w:gutter="0"/>
          <w:cols w:space="720"/>
        </w:sectPr>
      </w:pPr>
    </w:p>
    <w:p w:rsidR="002D34FD" w:rsidRPr="0049179A" w:rsidRDefault="002D34FD">
      <w:pPr>
        <w:rPr>
          <w:lang w:val="ru-RU"/>
        </w:rPr>
      </w:pPr>
    </w:p>
    <w:sectPr w:rsidR="002D34FD" w:rsidRPr="0049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erif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892C86"/>
    <w:multiLevelType w:val="hybridMultilevel"/>
    <w:tmpl w:val="9662D2EE"/>
    <w:lvl w:ilvl="0" w:tplc="AFFE3D5A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38FCAE0C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7102DC16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F5BCF2F2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B2E0B69C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F6D60920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6C2A0FA2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199259C8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BA26D9C4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7" w15:restartNumberingAfterBreak="0">
    <w:nsid w:val="02EC3EB7"/>
    <w:multiLevelType w:val="hybridMultilevel"/>
    <w:tmpl w:val="6520E336"/>
    <w:lvl w:ilvl="0" w:tplc="1EF85DA4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F38615E8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DAE03EAC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DA36E948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166233DC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F9E43DA0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6CE625DC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C1B8410A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72D4D150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8" w15:restartNumberingAfterBreak="0">
    <w:nsid w:val="03770FAA"/>
    <w:multiLevelType w:val="hybridMultilevel"/>
    <w:tmpl w:val="5FA8125A"/>
    <w:lvl w:ilvl="0" w:tplc="49EC4D50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7012D7E6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4C1A191E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D738F768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16541BC4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8D8CB856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4D0E642A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2D8A6A7E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CC8CAF50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9" w15:restartNumberingAfterBreak="0">
    <w:nsid w:val="261E0259"/>
    <w:multiLevelType w:val="hybridMultilevel"/>
    <w:tmpl w:val="76C012C6"/>
    <w:lvl w:ilvl="0" w:tplc="87740B7E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48AC4FA2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58400FEE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706EA432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B74C8CC0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0CF2E938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C136ECEA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51EC575E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09DC8324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0" w15:restartNumberingAfterBreak="0">
    <w:nsid w:val="2678069D"/>
    <w:multiLevelType w:val="hybridMultilevel"/>
    <w:tmpl w:val="D390FD86"/>
    <w:lvl w:ilvl="0" w:tplc="AF945326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55225BAA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20640CD6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BE92679A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D63EBD90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B6C8A31E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3200ADA6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4B7C6534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FD74D2EE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1" w15:restartNumberingAfterBreak="0">
    <w:nsid w:val="2AD15C8A"/>
    <w:multiLevelType w:val="hybridMultilevel"/>
    <w:tmpl w:val="AEF8F11C"/>
    <w:lvl w:ilvl="0" w:tplc="8368A69E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828EFD7E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97B44052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1CD2FA30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C4406FF0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A310156A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F9CA767E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62F02070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AF1C4AEA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2" w15:restartNumberingAfterBreak="0">
    <w:nsid w:val="33947CF8"/>
    <w:multiLevelType w:val="multilevel"/>
    <w:tmpl w:val="35D493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F691C"/>
    <w:multiLevelType w:val="hybridMultilevel"/>
    <w:tmpl w:val="578620DA"/>
    <w:lvl w:ilvl="0" w:tplc="A780495A">
      <w:numFmt w:val="bullet"/>
      <w:lvlText w:val="-"/>
      <w:lvlJc w:val="left"/>
      <w:pPr>
        <w:ind w:left="76" w:hanging="91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8A00B4A2">
      <w:numFmt w:val="bullet"/>
      <w:lvlText w:val="•"/>
      <w:lvlJc w:val="left"/>
      <w:pPr>
        <w:ind w:left="601" w:hanging="91"/>
      </w:pPr>
      <w:rPr>
        <w:lang w:val="ru-RU" w:eastAsia="en-US" w:bidi="ar-SA"/>
      </w:rPr>
    </w:lvl>
    <w:lvl w:ilvl="2" w:tplc="3F96BD70">
      <w:numFmt w:val="bullet"/>
      <w:lvlText w:val="•"/>
      <w:lvlJc w:val="left"/>
      <w:pPr>
        <w:ind w:left="1122" w:hanging="91"/>
      </w:pPr>
      <w:rPr>
        <w:lang w:val="ru-RU" w:eastAsia="en-US" w:bidi="ar-SA"/>
      </w:rPr>
    </w:lvl>
    <w:lvl w:ilvl="3" w:tplc="F980670A">
      <w:numFmt w:val="bullet"/>
      <w:lvlText w:val="•"/>
      <w:lvlJc w:val="left"/>
      <w:pPr>
        <w:ind w:left="1643" w:hanging="91"/>
      </w:pPr>
      <w:rPr>
        <w:lang w:val="ru-RU" w:eastAsia="en-US" w:bidi="ar-SA"/>
      </w:rPr>
    </w:lvl>
    <w:lvl w:ilvl="4" w:tplc="89EA5ECC">
      <w:numFmt w:val="bullet"/>
      <w:lvlText w:val="•"/>
      <w:lvlJc w:val="left"/>
      <w:pPr>
        <w:ind w:left="2164" w:hanging="91"/>
      </w:pPr>
      <w:rPr>
        <w:lang w:val="ru-RU" w:eastAsia="en-US" w:bidi="ar-SA"/>
      </w:rPr>
    </w:lvl>
    <w:lvl w:ilvl="5" w:tplc="0F08F42C">
      <w:numFmt w:val="bullet"/>
      <w:lvlText w:val="•"/>
      <w:lvlJc w:val="left"/>
      <w:pPr>
        <w:ind w:left="2686" w:hanging="91"/>
      </w:pPr>
      <w:rPr>
        <w:lang w:val="ru-RU" w:eastAsia="en-US" w:bidi="ar-SA"/>
      </w:rPr>
    </w:lvl>
    <w:lvl w:ilvl="6" w:tplc="F1A60C1A">
      <w:numFmt w:val="bullet"/>
      <w:lvlText w:val="•"/>
      <w:lvlJc w:val="left"/>
      <w:pPr>
        <w:ind w:left="3207" w:hanging="91"/>
      </w:pPr>
      <w:rPr>
        <w:lang w:val="ru-RU" w:eastAsia="en-US" w:bidi="ar-SA"/>
      </w:rPr>
    </w:lvl>
    <w:lvl w:ilvl="7" w:tplc="9A8EE3B4">
      <w:numFmt w:val="bullet"/>
      <w:lvlText w:val="•"/>
      <w:lvlJc w:val="left"/>
      <w:pPr>
        <w:ind w:left="3728" w:hanging="91"/>
      </w:pPr>
      <w:rPr>
        <w:lang w:val="ru-RU" w:eastAsia="en-US" w:bidi="ar-SA"/>
      </w:rPr>
    </w:lvl>
    <w:lvl w:ilvl="8" w:tplc="F86AAC76">
      <w:numFmt w:val="bullet"/>
      <w:lvlText w:val="•"/>
      <w:lvlJc w:val="left"/>
      <w:pPr>
        <w:ind w:left="4249" w:hanging="91"/>
      </w:pPr>
      <w:rPr>
        <w:lang w:val="ru-RU" w:eastAsia="en-US" w:bidi="ar-SA"/>
      </w:rPr>
    </w:lvl>
  </w:abstractNum>
  <w:abstractNum w:abstractNumId="14" w15:restartNumberingAfterBreak="0">
    <w:nsid w:val="407A3855"/>
    <w:multiLevelType w:val="hybridMultilevel"/>
    <w:tmpl w:val="86EEE82A"/>
    <w:lvl w:ilvl="0" w:tplc="212AD09E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D75429C8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38AECDAA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8D72E460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F4808D0E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D82EE284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93163EB4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EC3090EA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C3ECB174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5" w15:restartNumberingAfterBreak="0">
    <w:nsid w:val="40DF6D2C"/>
    <w:multiLevelType w:val="hybridMultilevel"/>
    <w:tmpl w:val="E298826E"/>
    <w:lvl w:ilvl="0" w:tplc="46EAFBF4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75D291AA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CAF48FA0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58BA5C74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589A7DC2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DF625FA0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F0C0A8C4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17429FB8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F4C8644A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6" w15:restartNumberingAfterBreak="0">
    <w:nsid w:val="47BB13BA"/>
    <w:multiLevelType w:val="hybridMultilevel"/>
    <w:tmpl w:val="DB74B0B2"/>
    <w:lvl w:ilvl="0" w:tplc="35708B1C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284C57BC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4566ABD0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CAE8BFAA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98CC3BC4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55946358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7B981B0E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3D7E8F94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B8FE5FDC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7" w15:restartNumberingAfterBreak="0">
    <w:nsid w:val="4B287FBD"/>
    <w:multiLevelType w:val="hybridMultilevel"/>
    <w:tmpl w:val="77A471B4"/>
    <w:lvl w:ilvl="0" w:tplc="A23C4BFE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CE8EB406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DA3A933C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0312181C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2B140856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3610506E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1A78DCB2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30F8E1CA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86A4D0E8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8" w15:restartNumberingAfterBreak="0">
    <w:nsid w:val="58614709"/>
    <w:multiLevelType w:val="hybridMultilevel"/>
    <w:tmpl w:val="D2FA7F00"/>
    <w:lvl w:ilvl="0" w:tplc="B3CAFA42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3DC4F164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425E9D3C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A46C7068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C090F796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F6386698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40FEDA96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3954BDB2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D95E7E50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19" w15:restartNumberingAfterBreak="0">
    <w:nsid w:val="620E6F01"/>
    <w:multiLevelType w:val="hybridMultilevel"/>
    <w:tmpl w:val="7A14CB4A"/>
    <w:lvl w:ilvl="0" w:tplc="7DD23DA6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9794AC96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879C1006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1F16FCA2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6FD223C4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7548E5E0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4F164DB4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790C640C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8138DA90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20" w15:restartNumberingAfterBreak="0">
    <w:nsid w:val="680D0528"/>
    <w:multiLevelType w:val="hybridMultilevel"/>
    <w:tmpl w:val="0FA6ADC4"/>
    <w:lvl w:ilvl="0" w:tplc="C4242760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102EF55A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31CAA18A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A30ED3C8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476EB450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E4E01832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B5AAB7A4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BB2AD476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2F3EB85E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21" w15:restartNumberingAfterBreak="0">
    <w:nsid w:val="69250259"/>
    <w:multiLevelType w:val="hybridMultilevel"/>
    <w:tmpl w:val="5FB896AA"/>
    <w:lvl w:ilvl="0" w:tplc="92D6C5D4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ED1868B0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7F5671C8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993E7B6A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05FCF808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06E6FBCE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99FE118E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DEF052A0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408CAD12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22" w15:restartNumberingAfterBreak="0">
    <w:nsid w:val="7A974DA6"/>
    <w:multiLevelType w:val="hybridMultilevel"/>
    <w:tmpl w:val="41D85376"/>
    <w:lvl w:ilvl="0" w:tplc="30046A74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72E0824E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8A205A68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C07A9E32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93082024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6B18F104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D5245B44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9B1E4BB0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FD0A36A0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abstractNum w:abstractNumId="23" w15:restartNumberingAfterBreak="0">
    <w:nsid w:val="7EB069DE"/>
    <w:multiLevelType w:val="hybridMultilevel"/>
    <w:tmpl w:val="5928EBAA"/>
    <w:lvl w:ilvl="0" w:tplc="6C8EFA30">
      <w:start w:val="1"/>
      <w:numFmt w:val="decimal"/>
      <w:lvlText w:val="%1."/>
      <w:lvlJc w:val="left"/>
      <w:pPr>
        <w:ind w:left="80" w:hanging="119"/>
      </w:pPr>
      <w:rPr>
        <w:rFonts w:ascii="Times New Roman" w:eastAsia="Times New Roman" w:hAnsi="Times New Roman" w:cs="Times New Roman" w:hint="default"/>
        <w:w w:val="104"/>
        <w:sz w:val="13"/>
        <w:szCs w:val="13"/>
        <w:lang w:val="ru-RU" w:eastAsia="en-US" w:bidi="ar-SA"/>
      </w:rPr>
    </w:lvl>
    <w:lvl w:ilvl="1" w:tplc="B0786472">
      <w:numFmt w:val="bullet"/>
      <w:lvlText w:val="•"/>
      <w:lvlJc w:val="left"/>
      <w:pPr>
        <w:ind w:left="265" w:hanging="119"/>
      </w:pPr>
      <w:rPr>
        <w:lang w:val="ru-RU" w:eastAsia="en-US" w:bidi="ar-SA"/>
      </w:rPr>
    </w:lvl>
    <w:lvl w:ilvl="2" w:tplc="D21C046A">
      <w:numFmt w:val="bullet"/>
      <w:lvlText w:val="•"/>
      <w:lvlJc w:val="left"/>
      <w:pPr>
        <w:ind w:left="450" w:hanging="119"/>
      </w:pPr>
      <w:rPr>
        <w:lang w:val="ru-RU" w:eastAsia="en-US" w:bidi="ar-SA"/>
      </w:rPr>
    </w:lvl>
    <w:lvl w:ilvl="3" w:tplc="A7061FCC">
      <w:numFmt w:val="bullet"/>
      <w:lvlText w:val="•"/>
      <w:lvlJc w:val="left"/>
      <w:pPr>
        <w:ind w:left="635" w:hanging="119"/>
      </w:pPr>
      <w:rPr>
        <w:lang w:val="ru-RU" w:eastAsia="en-US" w:bidi="ar-SA"/>
      </w:rPr>
    </w:lvl>
    <w:lvl w:ilvl="4" w:tplc="50C03AC2">
      <w:numFmt w:val="bullet"/>
      <w:lvlText w:val="•"/>
      <w:lvlJc w:val="left"/>
      <w:pPr>
        <w:ind w:left="820" w:hanging="119"/>
      </w:pPr>
      <w:rPr>
        <w:lang w:val="ru-RU" w:eastAsia="en-US" w:bidi="ar-SA"/>
      </w:rPr>
    </w:lvl>
    <w:lvl w:ilvl="5" w:tplc="92100E8A">
      <w:numFmt w:val="bullet"/>
      <w:lvlText w:val="•"/>
      <w:lvlJc w:val="left"/>
      <w:pPr>
        <w:ind w:left="1005" w:hanging="119"/>
      </w:pPr>
      <w:rPr>
        <w:lang w:val="ru-RU" w:eastAsia="en-US" w:bidi="ar-SA"/>
      </w:rPr>
    </w:lvl>
    <w:lvl w:ilvl="6" w:tplc="0CB0088E">
      <w:numFmt w:val="bullet"/>
      <w:lvlText w:val="•"/>
      <w:lvlJc w:val="left"/>
      <w:pPr>
        <w:ind w:left="1190" w:hanging="119"/>
      </w:pPr>
      <w:rPr>
        <w:lang w:val="ru-RU" w:eastAsia="en-US" w:bidi="ar-SA"/>
      </w:rPr>
    </w:lvl>
    <w:lvl w:ilvl="7" w:tplc="69F07E4C">
      <w:numFmt w:val="bullet"/>
      <w:lvlText w:val="•"/>
      <w:lvlJc w:val="left"/>
      <w:pPr>
        <w:ind w:left="1375" w:hanging="119"/>
      </w:pPr>
      <w:rPr>
        <w:lang w:val="ru-RU" w:eastAsia="en-US" w:bidi="ar-SA"/>
      </w:rPr>
    </w:lvl>
    <w:lvl w:ilvl="8" w:tplc="BA5604EA">
      <w:numFmt w:val="bullet"/>
      <w:lvlText w:val="•"/>
      <w:lvlJc w:val="left"/>
      <w:pPr>
        <w:ind w:left="1560" w:hanging="119"/>
      </w:pPr>
      <w:rPr>
        <w:lang w:val="ru-RU" w:eastAsia="en-US" w:bidi="ar-SA"/>
      </w:rPr>
    </w:lvl>
  </w:abstractNum>
  <w:num w:numId="1">
    <w:abstractNumId w:val="5"/>
  </w:num>
  <w:num w:numId="2">
    <w:abstractNumId w:val="4"/>
    <w:lvlOverride w:ilvl="0">
      <w:startOverride w:val="1"/>
    </w:lvlOverride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3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9A"/>
    <w:rsid w:val="0006367F"/>
    <w:rsid w:val="002D34FD"/>
    <w:rsid w:val="002E16B1"/>
    <w:rsid w:val="0049179A"/>
    <w:rsid w:val="004B24A6"/>
    <w:rsid w:val="00686E44"/>
    <w:rsid w:val="006A3856"/>
    <w:rsid w:val="00915026"/>
    <w:rsid w:val="00990848"/>
    <w:rsid w:val="00A50CE3"/>
    <w:rsid w:val="00B53E67"/>
    <w:rsid w:val="00BF2FF6"/>
    <w:rsid w:val="00FD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72912"/>
  <w15:docId w15:val="{29827E4D-EC35-4DDB-9D83-13D34C71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79A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4917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917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917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4917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4917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917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17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17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17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7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semiHidden/>
    <w:rsid w:val="004917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semiHidden/>
    <w:rsid w:val="0049179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semiHidden/>
    <w:rsid w:val="0049179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0"/>
    <w:link w:val="5"/>
    <w:semiHidden/>
    <w:rsid w:val="0049179A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0"/>
    <w:link w:val="6"/>
    <w:semiHidden/>
    <w:rsid w:val="0049179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49179A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49179A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4917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3">
    <w:name w:val="header"/>
    <w:basedOn w:val="a"/>
    <w:link w:val="a4"/>
    <w:uiPriority w:val="99"/>
    <w:semiHidden/>
    <w:unhideWhenUsed/>
    <w:rsid w:val="00491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179A"/>
    <w:rPr>
      <w:rFonts w:eastAsiaTheme="minorEastAsia"/>
      <w:lang w:val="en-US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49179A"/>
    <w:rPr>
      <w:rFonts w:eastAsiaTheme="minorEastAsia"/>
      <w:lang w:val="en-US"/>
    </w:rPr>
  </w:style>
  <w:style w:type="paragraph" w:styleId="a6">
    <w:name w:val="footer"/>
    <w:basedOn w:val="a"/>
    <w:link w:val="a5"/>
    <w:uiPriority w:val="99"/>
    <w:semiHidden/>
    <w:unhideWhenUsed/>
    <w:rsid w:val="00491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Текст макроса Знак"/>
    <w:basedOn w:val="a0"/>
    <w:link w:val="a8"/>
    <w:uiPriority w:val="99"/>
    <w:semiHidden/>
    <w:rsid w:val="0049179A"/>
    <w:rPr>
      <w:rFonts w:ascii="Courier" w:eastAsiaTheme="minorEastAsia" w:hAnsi="Courier"/>
      <w:sz w:val="20"/>
      <w:szCs w:val="20"/>
      <w:lang w:val="en-US"/>
    </w:rPr>
  </w:style>
  <w:style w:type="paragraph" w:styleId="a8">
    <w:name w:val="macro"/>
    <w:link w:val="a7"/>
    <w:uiPriority w:val="99"/>
    <w:semiHidden/>
    <w:unhideWhenUsed/>
    <w:rsid w:val="0049179A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paragraph" w:styleId="a9">
    <w:name w:val="List"/>
    <w:basedOn w:val="a"/>
    <w:uiPriority w:val="99"/>
    <w:semiHidden/>
    <w:unhideWhenUsed/>
    <w:rsid w:val="0049179A"/>
    <w:pPr>
      <w:ind w:left="360" w:hanging="360"/>
      <w:contextualSpacing/>
    </w:pPr>
  </w:style>
  <w:style w:type="paragraph" w:styleId="aa">
    <w:name w:val="List Bullet"/>
    <w:basedOn w:val="a"/>
    <w:uiPriority w:val="99"/>
    <w:semiHidden/>
    <w:unhideWhenUsed/>
    <w:rsid w:val="0049179A"/>
    <w:pPr>
      <w:tabs>
        <w:tab w:val="num" w:pos="360"/>
      </w:tabs>
      <w:ind w:left="360" w:hanging="360"/>
      <w:contextualSpacing/>
    </w:pPr>
  </w:style>
  <w:style w:type="paragraph" w:styleId="ab">
    <w:name w:val="List Number"/>
    <w:basedOn w:val="a"/>
    <w:uiPriority w:val="99"/>
    <w:semiHidden/>
    <w:unhideWhenUsed/>
    <w:rsid w:val="0049179A"/>
    <w:pPr>
      <w:tabs>
        <w:tab w:val="num" w:pos="360"/>
      </w:tabs>
      <w:ind w:left="360" w:hanging="360"/>
      <w:contextualSpacing/>
    </w:pPr>
  </w:style>
  <w:style w:type="paragraph" w:styleId="21">
    <w:name w:val="List Bullet 2"/>
    <w:basedOn w:val="a"/>
    <w:uiPriority w:val="99"/>
    <w:semiHidden/>
    <w:unhideWhenUsed/>
    <w:rsid w:val="0049179A"/>
    <w:pPr>
      <w:tabs>
        <w:tab w:val="num" w:pos="720"/>
      </w:tabs>
      <w:ind w:left="720" w:hanging="360"/>
      <w:contextualSpacing/>
    </w:pPr>
  </w:style>
  <w:style w:type="paragraph" w:styleId="31">
    <w:name w:val="List Bullet 3"/>
    <w:basedOn w:val="a"/>
    <w:uiPriority w:val="99"/>
    <w:semiHidden/>
    <w:unhideWhenUsed/>
    <w:rsid w:val="0049179A"/>
    <w:pPr>
      <w:tabs>
        <w:tab w:val="num" w:pos="1080"/>
      </w:tabs>
      <w:ind w:left="1080" w:hanging="360"/>
      <w:contextualSpacing/>
    </w:pPr>
  </w:style>
  <w:style w:type="paragraph" w:styleId="22">
    <w:name w:val="List Number 2"/>
    <w:basedOn w:val="a"/>
    <w:uiPriority w:val="99"/>
    <w:semiHidden/>
    <w:unhideWhenUsed/>
    <w:rsid w:val="0049179A"/>
    <w:pPr>
      <w:tabs>
        <w:tab w:val="num" w:pos="720"/>
      </w:tabs>
      <w:ind w:left="720" w:hanging="360"/>
      <w:contextualSpacing/>
    </w:pPr>
  </w:style>
  <w:style w:type="paragraph" w:styleId="32">
    <w:name w:val="List Number 3"/>
    <w:basedOn w:val="a"/>
    <w:uiPriority w:val="99"/>
    <w:semiHidden/>
    <w:unhideWhenUsed/>
    <w:rsid w:val="0049179A"/>
    <w:pPr>
      <w:tabs>
        <w:tab w:val="num" w:pos="1080"/>
      </w:tabs>
      <w:ind w:left="1080" w:hanging="360"/>
      <w:contextualSpacing/>
    </w:pPr>
  </w:style>
  <w:style w:type="paragraph" w:styleId="ac">
    <w:name w:val="Title"/>
    <w:basedOn w:val="a"/>
    <w:next w:val="a"/>
    <w:link w:val="ad"/>
    <w:qFormat/>
    <w:rsid w:val="004917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rsid w:val="004917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e">
    <w:name w:val="Body Text"/>
    <w:basedOn w:val="a"/>
    <w:link w:val="af"/>
    <w:uiPriority w:val="1"/>
    <w:unhideWhenUsed/>
    <w:qFormat/>
    <w:rsid w:val="0049179A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49179A"/>
    <w:rPr>
      <w:rFonts w:eastAsiaTheme="minorEastAsia"/>
      <w:lang w:val="en-US"/>
    </w:rPr>
  </w:style>
  <w:style w:type="paragraph" w:styleId="af0">
    <w:name w:val="Subtitle"/>
    <w:basedOn w:val="a"/>
    <w:next w:val="a"/>
    <w:link w:val="af1"/>
    <w:qFormat/>
    <w:rsid w:val="004917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4917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49179A"/>
    <w:rPr>
      <w:rFonts w:eastAsiaTheme="minorEastAsia"/>
      <w:lang w:val="en-US"/>
    </w:rPr>
  </w:style>
  <w:style w:type="paragraph" w:styleId="24">
    <w:name w:val="Body Text 2"/>
    <w:basedOn w:val="a"/>
    <w:link w:val="23"/>
    <w:uiPriority w:val="99"/>
    <w:semiHidden/>
    <w:unhideWhenUsed/>
    <w:rsid w:val="0049179A"/>
    <w:pPr>
      <w:spacing w:after="120" w:line="480" w:lineRule="auto"/>
    </w:pPr>
  </w:style>
  <w:style w:type="character" w:customStyle="1" w:styleId="33">
    <w:name w:val="Основной текст 3 Знак"/>
    <w:basedOn w:val="a0"/>
    <w:link w:val="34"/>
    <w:uiPriority w:val="99"/>
    <w:semiHidden/>
    <w:rsid w:val="0049179A"/>
    <w:rPr>
      <w:rFonts w:eastAsiaTheme="minorEastAsia"/>
      <w:sz w:val="16"/>
      <w:szCs w:val="16"/>
      <w:lang w:val="en-US"/>
    </w:rPr>
  </w:style>
  <w:style w:type="paragraph" w:styleId="34">
    <w:name w:val="Body Text 3"/>
    <w:basedOn w:val="a"/>
    <w:link w:val="33"/>
    <w:uiPriority w:val="99"/>
    <w:semiHidden/>
    <w:unhideWhenUsed/>
    <w:rsid w:val="0049179A"/>
    <w:pPr>
      <w:spacing w:after="120"/>
    </w:pPr>
    <w:rPr>
      <w:sz w:val="16"/>
      <w:szCs w:val="16"/>
    </w:rPr>
  </w:style>
  <w:style w:type="character" w:customStyle="1" w:styleId="af2">
    <w:name w:val="Текст выноски Знак"/>
    <w:basedOn w:val="a0"/>
    <w:link w:val="af3"/>
    <w:uiPriority w:val="99"/>
    <w:semiHidden/>
    <w:rsid w:val="0049179A"/>
    <w:rPr>
      <w:rFonts w:ascii="Tahoma" w:eastAsiaTheme="minorEastAsia" w:hAnsi="Tahoma" w:cs="Tahoma"/>
      <w:sz w:val="16"/>
      <w:szCs w:val="16"/>
      <w:lang w:val="en-US"/>
    </w:rPr>
  </w:style>
  <w:style w:type="paragraph" w:styleId="af3">
    <w:name w:val="Balloon Text"/>
    <w:basedOn w:val="a"/>
    <w:link w:val="af2"/>
    <w:uiPriority w:val="99"/>
    <w:semiHidden/>
    <w:unhideWhenUsed/>
    <w:rsid w:val="0049179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 Spacing"/>
    <w:uiPriority w:val="1"/>
    <w:qFormat/>
    <w:rsid w:val="0049179A"/>
    <w:pPr>
      <w:spacing w:after="0" w:line="240" w:lineRule="auto"/>
    </w:pPr>
    <w:rPr>
      <w:rFonts w:eastAsiaTheme="minorEastAsia"/>
      <w:lang w:val="en-US"/>
    </w:rPr>
  </w:style>
  <w:style w:type="paragraph" w:styleId="af5">
    <w:name w:val="List Paragraph"/>
    <w:basedOn w:val="a"/>
    <w:uiPriority w:val="1"/>
    <w:qFormat/>
    <w:rsid w:val="0049179A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49179A"/>
    <w:rPr>
      <w:i/>
      <w:iCs/>
      <w:color w:val="000000" w:themeColor="text1"/>
    </w:rPr>
  </w:style>
  <w:style w:type="character" w:customStyle="1" w:styleId="26">
    <w:name w:val="Цитата 2 Знак"/>
    <w:basedOn w:val="a0"/>
    <w:link w:val="25"/>
    <w:uiPriority w:val="29"/>
    <w:rsid w:val="0049179A"/>
    <w:rPr>
      <w:rFonts w:eastAsiaTheme="minorEastAsia"/>
      <w:i/>
      <w:iCs/>
      <w:color w:val="000000" w:themeColor="text1"/>
      <w:lang w:val="en-US"/>
    </w:rPr>
  </w:style>
  <w:style w:type="paragraph" w:styleId="af6">
    <w:name w:val="Intense Quote"/>
    <w:basedOn w:val="a"/>
    <w:next w:val="a"/>
    <w:link w:val="af7"/>
    <w:uiPriority w:val="30"/>
    <w:qFormat/>
    <w:rsid w:val="0049179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49179A"/>
    <w:rPr>
      <w:rFonts w:eastAsiaTheme="minorEastAsia"/>
      <w:b/>
      <w:bCs/>
      <w:i/>
      <w:iCs/>
      <w:color w:val="4F81BD" w:themeColor="accent1"/>
      <w:lang w:val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49179A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4917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styleId="af9">
    <w:name w:val="Subtle Emphasis"/>
    <w:basedOn w:val="a0"/>
    <w:uiPriority w:val="19"/>
    <w:qFormat/>
    <w:rsid w:val="0049179A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49179A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49179A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49179A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49179A"/>
    <w:rPr>
      <w:b/>
      <w:bCs/>
      <w:smallCaps/>
      <w:spacing w:val="5"/>
    </w:rPr>
  </w:style>
  <w:style w:type="table" w:customStyle="1" w:styleId="TableNormal">
    <w:name w:val="Table Normal"/>
    <w:uiPriority w:val="2"/>
    <w:semiHidden/>
    <w:qFormat/>
    <w:rsid w:val="0049179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Hyperlink"/>
    <w:basedOn w:val="a0"/>
    <w:uiPriority w:val="99"/>
    <w:semiHidden/>
    <w:unhideWhenUsed/>
    <w:rsid w:val="0049179A"/>
    <w:rPr>
      <w:color w:val="0000FF"/>
      <w:u w:val="single"/>
    </w:rPr>
  </w:style>
  <w:style w:type="paragraph" w:styleId="aff">
    <w:name w:val="Normal (Web)"/>
    <w:basedOn w:val="a"/>
    <w:uiPriority w:val="99"/>
    <w:semiHidden/>
    <w:unhideWhenUsed/>
    <w:rsid w:val="0049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-mask">
    <w:name w:val="placeholder-mask"/>
    <w:basedOn w:val="a0"/>
    <w:rsid w:val="0049179A"/>
  </w:style>
  <w:style w:type="character" w:customStyle="1" w:styleId="placeholder">
    <w:name w:val="placeholder"/>
    <w:basedOn w:val="a0"/>
    <w:rsid w:val="0049179A"/>
  </w:style>
  <w:style w:type="character" w:styleId="aff0">
    <w:name w:val="Strong"/>
    <w:basedOn w:val="a0"/>
    <w:uiPriority w:val="22"/>
    <w:qFormat/>
    <w:rsid w:val="004917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/" TargetMode="External"/><Relationship Id="rId299" Type="http://schemas.openxmlformats.org/officeDocument/2006/relationships/hyperlink" Target="https://resh.edu.ru" TargetMode="External"/><Relationship Id="rId21" Type="http://schemas.openxmlformats.org/officeDocument/2006/relationships/hyperlink" Target="http://nsc.1september.ru/ind" TargetMode="External"/><Relationship Id="rId63" Type="http://schemas.openxmlformats.org/officeDocument/2006/relationships/hyperlink" Target="http://nsc.1september.ru/ind" TargetMode="External"/><Relationship Id="rId159" Type="http://schemas.openxmlformats.org/officeDocument/2006/relationships/hyperlink" Target="https://resh.edu.ru" TargetMode="External"/><Relationship Id="rId324" Type="http://schemas.openxmlformats.org/officeDocument/2006/relationships/hyperlink" Target="https://uchi.ru" TargetMode="External"/><Relationship Id="rId366" Type="http://schemas.openxmlformats.org/officeDocument/2006/relationships/hyperlink" Target="https://uchi.ru" TargetMode="External"/><Relationship Id="rId170" Type="http://schemas.openxmlformats.org/officeDocument/2006/relationships/hyperlink" Target="https://uchi.ru" TargetMode="External"/><Relationship Id="rId226" Type="http://schemas.openxmlformats.org/officeDocument/2006/relationships/hyperlink" Target="https://uchi.ru" TargetMode="External"/><Relationship Id="rId433" Type="http://schemas.openxmlformats.org/officeDocument/2006/relationships/hyperlink" Target="https://resh.edu.ru" TargetMode="External"/><Relationship Id="rId268" Type="http://schemas.openxmlformats.org/officeDocument/2006/relationships/hyperlink" Target="https://uchi.ru" TargetMode="External"/><Relationship Id="rId32" Type="http://schemas.openxmlformats.org/officeDocument/2006/relationships/hyperlink" Target="http://rusedu.net/" TargetMode="External"/><Relationship Id="rId74" Type="http://schemas.openxmlformats.org/officeDocument/2006/relationships/hyperlink" Target="http://rusedu.net/" TargetMode="External"/><Relationship Id="rId128" Type="http://schemas.openxmlformats.org/officeDocument/2006/relationships/hyperlink" Target="http://school/" TargetMode="External"/><Relationship Id="rId335" Type="http://schemas.openxmlformats.org/officeDocument/2006/relationships/hyperlink" Target="https://resh.edu.ru" TargetMode="External"/><Relationship Id="rId377" Type="http://schemas.openxmlformats.org/officeDocument/2006/relationships/hyperlink" Target="https://resh.edu.ru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resh.edu.ru" TargetMode="External"/><Relationship Id="rId237" Type="http://schemas.openxmlformats.org/officeDocument/2006/relationships/hyperlink" Target="https://resh.edu.ru" TargetMode="External"/><Relationship Id="rId402" Type="http://schemas.openxmlformats.org/officeDocument/2006/relationships/hyperlink" Target="https://uchi.ru" TargetMode="External"/><Relationship Id="rId279" Type="http://schemas.openxmlformats.org/officeDocument/2006/relationships/hyperlink" Target="https://resh.edu.ru" TargetMode="External"/><Relationship Id="rId444" Type="http://schemas.openxmlformats.org/officeDocument/2006/relationships/hyperlink" Target="https://uchi.ru" TargetMode="External"/><Relationship Id="rId43" Type="http://schemas.openxmlformats.org/officeDocument/2006/relationships/hyperlink" Target="http://nsportal.ru/nachalnaya" TargetMode="External"/><Relationship Id="rId139" Type="http://schemas.openxmlformats.org/officeDocument/2006/relationships/hyperlink" Target="https://resh.edu.ru" TargetMode="External"/><Relationship Id="rId290" Type="http://schemas.openxmlformats.org/officeDocument/2006/relationships/hyperlink" Target="https://uchi.ru" TargetMode="External"/><Relationship Id="rId304" Type="http://schemas.openxmlformats.org/officeDocument/2006/relationships/hyperlink" Target="https://uchi.ru" TargetMode="External"/><Relationship Id="rId346" Type="http://schemas.openxmlformats.org/officeDocument/2006/relationships/hyperlink" Target="https://uchi.ru" TargetMode="External"/><Relationship Id="rId388" Type="http://schemas.openxmlformats.org/officeDocument/2006/relationships/hyperlink" Target="https://uchi.ru" TargetMode="External"/><Relationship Id="rId85" Type="http://schemas.openxmlformats.org/officeDocument/2006/relationships/hyperlink" Target="http://nsportal.ru/nachalnaya" TargetMode="External"/><Relationship Id="rId150" Type="http://schemas.openxmlformats.org/officeDocument/2006/relationships/hyperlink" Target="https://uchi.ru" TargetMode="External"/><Relationship Id="rId192" Type="http://schemas.openxmlformats.org/officeDocument/2006/relationships/hyperlink" Target="https://uchi.ru" TargetMode="External"/><Relationship Id="rId206" Type="http://schemas.openxmlformats.org/officeDocument/2006/relationships/hyperlink" Target="https://uchi.ru" TargetMode="External"/><Relationship Id="rId413" Type="http://schemas.openxmlformats.org/officeDocument/2006/relationships/hyperlink" Target="https://resh.edu.ru" TargetMode="External"/><Relationship Id="rId248" Type="http://schemas.openxmlformats.org/officeDocument/2006/relationships/hyperlink" Target="https://uchi.ru" TargetMode="External"/><Relationship Id="rId455" Type="http://schemas.openxmlformats.org/officeDocument/2006/relationships/hyperlink" Target="https://resh.edu.ru" TargetMode="External"/><Relationship Id="rId12" Type="http://schemas.openxmlformats.org/officeDocument/2006/relationships/hyperlink" Target="http://www.uchportal.ru/" TargetMode="External"/><Relationship Id="rId108" Type="http://schemas.openxmlformats.org/officeDocument/2006/relationships/hyperlink" Target="http://nsc.1september.ru/uro" TargetMode="External"/><Relationship Id="rId315" Type="http://schemas.openxmlformats.org/officeDocument/2006/relationships/hyperlink" Target="https://resh.edu.ru" TargetMode="External"/><Relationship Id="rId357" Type="http://schemas.openxmlformats.org/officeDocument/2006/relationships/hyperlink" Target="https://resh.edu.ru" TargetMode="External"/><Relationship Id="rId54" Type="http://schemas.openxmlformats.org/officeDocument/2006/relationships/hyperlink" Target="http://www.uchportal.ru/" TargetMode="External"/><Relationship Id="rId96" Type="http://schemas.openxmlformats.org/officeDocument/2006/relationships/hyperlink" Target="http://www.uchportal.ru/" TargetMode="External"/><Relationship Id="rId161" Type="http://schemas.openxmlformats.org/officeDocument/2006/relationships/hyperlink" Target="https://resh.edu.ru" TargetMode="External"/><Relationship Id="rId217" Type="http://schemas.openxmlformats.org/officeDocument/2006/relationships/hyperlink" Target="https://resh.edu.ru" TargetMode="External"/><Relationship Id="rId399" Type="http://schemas.openxmlformats.org/officeDocument/2006/relationships/hyperlink" Target="https://resh.edu.ru" TargetMode="External"/><Relationship Id="rId259" Type="http://schemas.openxmlformats.org/officeDocument/2006/relationships/hyperlink" Target="https://resh.edu.ru" TargetMode="External"/><Relationship Id="rId424" Type="http://schemas.openxmlformats.org/officeDocument/2006/relationships/hyperlink" Target="https://uchi.ru" TargetMode="External"/><Relationship Id="rId466" Type="http://schemas.openxmlformats.org/officeDocument/2006/relationships/hyperlink" Target="https://uchi.ru" TargetMode="External"/><Relationship Id="rId23" Type="http://schemas.openxmlformats.org/officeDocument/2006/relationships/hyperlink" Target="http://festival.1septe/" TargetMode="External"/><Relationship Id="rId119" Type="http://schemas.openxmlformats.org/officeDocument/2006/relationships/hyperlink" Target="http://school/" TargetMode="External"/><Relationship Id="rId270" Type="http://schemas.openxmlformats.org/officeDocument/2006/relationships/hyperlink" Target="https://uchi.ru" TargetMode="External"/><Relationship Id="rId326" Type="http://schemas.openxmlformats.org/officeDocument/2006/relationships/hyperlink" Target="https://uchi.ru" TargetMode="External"/><Relationship Id="rId65" Type="http://schemas.openxmlformats.org/officeDocument/2006/relationships/hyperlink" Target="http://festival.1septe/" TargetMode="External"/><Relationship Id="rId130" Type="http://schemas.openxmlformats.org/officeDocument/2006/relationships/hyperlink" Target="https://uchi.ru" TargetMode="External"/><Relationship Id="rId368" Type="http://schemas.openxmlformats.org/officeDocument/2006/relationships/hyperlink" Target="https://uchi.ru" TargetMode="External"/><Relationship Id="rId172" Type="http://schemas.openxmlformats.org/officeDocument/2006/relationships/hyperlink" Target="https://uchi.ru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s://resh.edu.ru" TargetMode="External"/><Relationship Id="rId228" Type="http://schemas.openxmlformats.org/officeDocument/2006/relationships/hyperlink" Target="https://uchi.ru" TargetMode="External"/><Relationship Id="rId249" Type="http://schemas.openxmlformats.org/officeDocument/2006/relationships/hyperlink" Target="https://resh.edu.ru" TargetMode="External"/><Relationship Id="rId414" Type="http://schemas.openxmlformats.org/officeDocument/2006/relationships/hyperlink" Target="https://uchi.ru" TargetMode="External"/><Relationship Id="rId435" Type="http://schemas.openxmlformats.org/officeDocument/2006/relationships/hyperlink" Target="https://resh.edu.ru" TargetMode="External"/><Relationship Id="rId456" Type="http://schemas.openxmlformats.org/officeDocument/2006/relationships/hyperlink" Target="https://uchi.ru" TargetMode="External"/><Relationship Id="rId13" Type="http://schemas.openxmlformats.org/officeDocument/2006/relationships/hyperlink" Target="http://nsc.1september.ru/uro" TargetMode="External"/><Relationship Id="rId109" Type="http://schemas.openxmlformats.org/officeDocument/2006/relationships/hyperlink" Target="http://nsc.1september.ru/ind" TargetMode="External"/><Relationship Id="rId260" Type="http://schemas.openxmlformats.org/officeDocument/2006/relationships/hyperlink" Target="https://uchi.ru" TargetMode="External"/><Relationship Id="rId281" Type="http://schemas.openxmlformats.org/officeDocument/2006/relationships/hyperlink" Target="https://resh.edu.ru" TargetMode="External"/><Relationship Id="rId316" Type="http://schemas.openxmlformats.org/officeDocument/2006/relationships/hyperlink" Target="https://uchi.ru" TargetMode="External"/><Relationship Id="rId337" Type="http://schemas.openxmlformats.org/officeDocument/2006/relationships/hyperlink" Target="https://resh.edu.ru" TargetMode="External"/><Relationship Id="rId34" Type="http://schemas.openxmlformats.org/officeDocument/2006/relationships/hyperlink" Target="http://nsc.1september.ru/uro" TargetMode="External"/><Relationship Id="rId55" Type="http://schemas.openxmlformats.org/officeDocument/2006/relationships/hyperlink" Target="http://nsc.1september.ru/uro" TargetMode="External"/><Relationship Id="rId76" Type="http://schemas.openxmlformats.org/officeDocument/2006/relationships/hyperlink" Target="http://nsc.1september.ru/uro" TargetMode="External"/><Relationship Id="rId97" Type="http://schemas.openxmlformats.org/officeDocument/2006/relationships/hyperlink" Target="http://nsportal.ru/nachalnaya" TargetMode="External"/><Relationship Id="rId120" Type="http://schemas.openxmlformats.org/officeDocument/2006/relationships/hyperlink" Target="http://school/" TargetMode="External"/><Relationship Id="rId141" Type="http://schemas.openxmlformats.org/officeDocument/2006/relationships/hyperlink" Target="https://resh.edu.ru" TargetMode="External"/><Relationship Id="rId358" Type="http://schemas.openxmlformats.org/officeDocument/2006/relationships/hyperlink" Target="https://uchi.ru" TargetMode="External"/><Relationship Id="rId379" Type="http://schemas.openxmlformats.org/officeDocument/2006/relationships/hyperlink" Target="https://resh.edu.ru" TargetMode="External"/><Relationship Id="rId7" Type="http://schemas.openxmlformats.org/officeDocument/2006/relationships/hyperlink" Target="http://nsc.1september.ru/ind" TargetMode="External"/><Relationship Id="rId162" Type="http://schemas.openxmlformats.org/officeDocument/2006/relationships/hyperlink" Target="https://uchi.ru" TargetMode="External"/><Relationship Id="rId183" Type="http://schemas.openxmlformats.org/officeDocument/2006/relationships/hyperlink" Target="https://resh.edu.ru" TargetMode="External"/><Relationship Id="rId218" Type="http://schemas.openxmlformats.org/officeDocument/2006/relationships/hyperlink" Target="https://uchi.ru" TargetMode="External"/><Relationship Id="rId239" Type="http://schemas.openxmlformats.org/officeDocument/2006/relationships/hyperlink" Target="https://resh.edu.ru" TargetMode="External"/><Relationship Id="rId390" Type="http://schemas.openxmlformats.org/officeDocument/2006/relationships/hyperlink" Target="https://uchi.ru" TargetMode="External"/><Relationship Id="rId404" Type="http://schemas.openxmlformats.org/officeDocument/2006/relationships/hyperlink" Target="https://uchi.ru" TargetMode="External"/><Relationship Id="rId425" Type="http://schemas.openxmlformats.org/officeDocument/2006/relationships/hyperlink" Target="https://resh.edu.ru" TargetMode="External"/><Relationship Id="rId446" Type="http://schemas.openxmlformats.org/officeDocument/2006/relationships/hyperlink" Target="https://uchi.ru" TargetMode="External"/><Relationship Id="rId467" Type="http://schemas.openxmlformats.org/officeDocument/2006/relationships/hyperlink" Target="https://resh.edu.ru" TargetMode="External"/><Relationship Id="rId250" Type="http://schemas.openxmlformats.org/officeDocument/2006/relationships/hyperlink" Target="https://uchi.ru" TargetMode="External"/><Relationship Id="rId271" Type="http://schemas.openxmlformats.org/officeDocument/2006/relationships/hyperlink" Target="https://resh.edu.ru" TargetMode="External"/><Relationship Id="rId292" Type="http://schemas.openxmlformats.org/officeDocument/2006/relationships/hyperlink" Target="https://uchi.ru" TargetMode="External"/><Relationship Id="rId306" Type="http://schemas.openxmlformats.org/officeDocument/2006/relationships/hyperlink" Target="https://uchi.ru" TargetMode="External"/><Relationship Id="rId24" Type="http://schemas.openxmlformats.org/officeDocument/2006/relationships/hyperlink" Target="http://nachalka.com/" TargetMode="External"/><Relationship Id="rId45" Type="http://schemas.openxmlformats.org/officeDocument/2006/relationships/hyperlink" Target="http://nachalka.com/" TargetMode="External"/><Relationship Id="rId66" Type="http://schemas.openxmlformats.org/officeDocument/2006/relationships/hyperlink" Target="http://nachalka.com/" TargetMode="External"/><Relationship Id="rId87" Type="http://schemas.openxmlformats.org/officeDocument/2006/relationships/hyperlink" Target="http://nachalka.com/" TargetMode="External"/><Relationship Id="rId110" Type="http://schemas.openxmlformats.org/officeDocument/2006/relationships/hyperlink" Target="http://nsc.1september.ru/uro" TargetMode="External"/><Relationship Id="rId131" Type="http://schemas.openxmlformats.org/officeDocument/2006/relationships/hyperlink" Target="https://resh.edu.ru" TargetMode="External"/><Relationship Id="rId327" Type="http://schemas.openxmlformats.org/officeDocument/2006/relationships/hyperlink" Target="https://resh.edu.ru" TargetMode="External"/><Relationship Id="rId348" Type="http://schemas.openxmlformats.org/officeDocument/2006/relationships/hyperlink" Target="https://uchi.ru" TargetMode="External"/><Relationship Id="rId369" Type="http://schemas.openxmlformats.org/officeDocument/2006/relationships/hyperlink" Target="https://resh.edu.ru" TargetMode="External"/><Relationship Id="rId152" Type="http://schemas.openxmlformats.org/officeDocument/2006/relationships/hyperlink" Target="https://uchi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s://uchi.ru" TargetMode="External"/><Relationship Id="rId208" Type="http://schemas.openxmlformats.org/officeDocument/2006/relationships/hyperlink" Target="https://uchi.ru" TargetMode="External"/><Relationship Id="rId229" Type="http://schemas.openxmlformats.org/officeDocument/2006/relationships/hyperlink" Target="https://resh.edu.ru" TargetMode="External"/><Relationship Id="rId380" Type="http://schemas.openxmlformats.org/officeDocument/2006/relationships/hyperlink" Target="https://uchi.ru" TargetMode="External"/><Relationship Id="rId415" Type="http://schemas.openxmlformats.org/officeDocument/2006/relationships/hyperlink" Target="https://resh.edu.ru" TargetMode="External"/><Relationship Id="rId436" Type="http://schemas.openxmlformats.org/officeDocument/2006/relationships/hyperlink" Target="https://uchi.ru" TargetMode="External"/><Relationship Id="rId457" Type="http://schemas.openxmlformats.org/officeDocument/2006/relationships/hyperlink" Target="https://resh.edu.ru" TargetMode="External"/><Relationship Id="rId240" Type="http://schemas.openxmlformats.org/officeDocument/2006/relationships/hyperlink" Target="https://uchi.ru" TargetMode="External"/><Relationship Id="rId261" Type="http://schemas.openxmlformats.org/officeDocument/2006/relationships/hyperlink" Target="https://resh.edu.ru" TargetMode="External"/><Relationship Id="rId14" Type="http://schemas.openxmlformats.org/officeDocument/2006/relationships/hyperlink" Target="http://nsc.1september.ru/ind" TargetMode="External"/><Relationship Id="rId35" Type="http://schemas.openxmlformats.org/officeDocument/2006/relationships/hyperlink" Target="http://nsc.1september.ru/ind" TargetMode="External"/><Relationship Id="rId56" Type="http://schemas.openxmlformats.org/officeDocument/2006/relationships/hyperlink" Target="http://nsc.1september.ru/ind" TargetMode="External"/><Relationship Id="rId77" Type="http://schemas.openxmlformats.org/officeDocument/2006/relationships/hyperlink" Target="http://nsc.1september.ru/ind" TargetMode="External"/><Relationship Id="rId100" Type="http://schemas.openxmlformats.org/officeDocument/2006/relationships/hyperlink" Target="http://nsportal.ru/nachalnaya" TargetMode="External"/><Relationship Id="rId282" Type="http://schemas.openxmlformats.org/officeDocument/2006/relationships/hyperlink" Target="https://uchi.ru" TargetMode="External"/><Relationship Id="rId317" Type="http://schemas.openxmlformats.org/officeDocument/2006/relationships/hyperlink" Target="https://resh.edu.ru" TargetMode="External"/><Relationship Id="rId338" Type="http://schemas.openxmlformats.org/officeDocument/2006/relationships/hyperlink" Target="https://uchi.ru" TargetMode="External"/><Relationship Id="rId359" Type="http://schemas.openxmlformats.org/officeDocument/2006/relationships/hyperlink" Target="https://resh.edu.ru" TargetMode="External"/><Relationship Id="rId8" Type="http://schemas.openxmlformats.org/officeDocument/2006/relationships/hyperlink" Target="http://nsportal.ru/nachalnaya" TargetMode="External"/><Relationship Id="rId98" Type="http://schemas.openxmlformats.org/officeDocument/2006/relationships/hyperlink" Target="http://festival.1septe/" TargetMode="External"/><Relationship Id="rId121" Type="http://schemas.openxmlformats.org/officeDocument/2006/relationships/hyperlink" Target="http://school/" TargetMode="External"/><Relationship Id="rId142" Type="http://schemas.openxmlformats.org/officeDocument/2006/relationships/hyperlink" Target="https://uchi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uchi.ru" TargetMode="External"/><Relationship Id="rId219" Type="http://schemas.openxmlformats.org/officeDocument/2006/relationships/hyperlink" Target="https://resh.edu.ru" TargetMode="External"/><Relationship Id="rId370" Type="http://schemas.openxmlformats.org/officeDocument/2006/relationships/hyperlink" Target="https://uchi.ru" TargetMode="External"/><Relationship Id="rId391" Type="http://schemas.openxmlformats.org/officeDocument/2006/relationships/hyperlink" Target="https://resh.edu.ru" TargetMode="External"/><Relationship Id="rId405" Type="http://schemas.openxmlformats.org/officeDocument/2006/relationships/hyperlink" Target="https://resh.edu.ru" TargetMode="External"/><Relationship Id="rId426" Type="http://schemas.openxmlformats.org/officeDocument/2006/relationships/hyperlink" Target="https://uchi.ru" TargetMode="External"/><Relationship Id="rId447" Type="http://schemas.openxmlformats.org/officeDocument/2006/relationships/hyperlink" Target="https://resh.edu.ru" TargetMode="External"/><Relationship Id="rId230" Type="http://schemas.openxmlformats.org/officeDocument/2006/relationships/hyperlink" Target="https://uchi.ru" TargetMode="External"/><Relationship Id="rId251" Type="http://schemas.openxmlformats.org/officeDocument/2006/relationships/hyperlink" Target="https://resh.edu.ru" TargetMode="External"/><Relationship Id="rId468" Type="http://schemas.openxmlformats.org/officeDocument/2006/relationships/hyperlink" Target="https://uchi.ru" TargetMode="External"/><Relationship Id="rId25" Type="http://schemas.openxmlformats.org/officeDocument/2006/relationships/hyperlink" Target="http://rusedu.net/" TargetMode="External"/><Relationship Id="rId46" Type="http://schemas.openxmlformats.org/officeDocument/2006/relationships/hyperlink" Target="http://rusedu.net/" TargetMode="External"/><Relationship Id="rId67" Type="http://schemas.openxmlformats.org/officeDocument/2006/relationships/hyperlink" Target="http://rusedu.net/" TargetMode="External"/><Relationship Id="rId272" Type="http://schemas.openxmlformats.org/officeDocument/2006/relationships/hyperlink" Target="https://uchi.ru" TargetMode="External"/><Relationship Id="rId293" Type="http://schemas.openxmlformats.org/officeDocument/2006/relationships/hyperlink" Target="https://resh.edu.ru" TargetMode="External"/><Relationship Id="rId307" Type="http://schemas.openxmlformats.org/officeDocument/2006/relationships/hyperlink" Target="https://resh.edu.ru" TargetMode="External"/><Relationship Id="rId328" Type="http://schemas.openxmlformats.org/officeDocument/2006/relationships/hyperlink" Target="https://uchi.ru" TargetMode="External"/><Relationship Id="rId349" Type="http://schemas.openxmlformats.org/officeDocument/2006/relationships/hyperlink" Target="https://resh.edu.ru" TargetMode="External"/><Relationship Id="rId88" Type="http://schemas.openxmlformats.org/officeDocument/2006/relationships/hyperlink" Target="http://rusedu.net/" TargetMode="External"/><Relationship Id="rId111" Type="http://schemas.openxmlformats.org/officeDocument/2006/relationships/hyperlink" Target="http://nsc.1september.ru/ind" TargetMode="External"/><Relationship Id="rId132" Type="http://schemas.openxmlformats.org/officeDocument/2006/relationships/hyperlink" Target="https://uchi.ru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s://uchi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resh.edu.ru" TargetMode="External"/><Relationship Id="rId360" Type="http://schemas.openxmlformats.org/officeDocument/2006/relationships/hyperlink" Target="https://uchi.ru" TargetMode="External"/><Relationship Id="rId381" Type="http://schemas.openxmlformats.org/officeDocument/2006/relationships/hyperlink" Target="https://resh.edu.ru" TargetMode="External"/><Relationship Id="rId416" Type="http://schemas.openxmlformats.org/officeDocument/2006/relationships/hyperlink" Target="https://uchi.ru" TargetMode="External"/><Relationship Id="rId220" Type="http://schemas.openxmlformats.org/officeDocument/2006/relationships/hyperlink" Target="https://uchi.ru" TargetMode="External"/><Relationship Id="rId241" Type="http://schemas.openxmlformats.org/officeDocument/2006/relationships/hyperlink" Target="https://resh.edu.ru" TargetMode="External"/><Relationship Id="rId437" Type="http://schemas.openxmlformats.org/officeDocument/2006/relationships/hyperlink" Target="https://resh.edu.ru" TargetMode="External"/><Relationship Id="rId458" Type="http://schemas.openxmlformats.org/officeDocument/2006/relationships/hyperlink" Target="https://uchi.ru" TargetMode="External"/><Relationship Id="rId15" Type="http://schemas.openxmlformats.org/officeDocument/2006/relationships/hyperlink" Target="http://nsportal.ru/nachalnaya" TargetMode="External"/><Relationship Id="rId36" Type="http://schemas.openxmlformats.org/officeDocument/2006/relationships/hyperlink" Target="http://nsportal.ru/nachalnaya" TargetMode="External"/><Relationship Id="rId57" Type="http://schemas.openxmlformats.org/officeDocument/2006/relationships/hyperlink" Target="http://nsportal.ru/nachalnaya" TargetMode="External"/><Relationship Id="rId262" Type="http://schemas.openxmlformats.org/officeDocument/2006/relationships/hyperlink" Target="https://uchi.ru" TargetMode="External"/><Relationship Id="rId283" Type="http://schemas.openxmlformats.org/officeDocument/2006/relationships/hyperlink" Target="https://resh.edu.ru" TargetMode="External"/><Relationship Id="rId318" Type="http://schemas.openxmlformats.org/officeDocument/2006/relationships/hyperlink" Target="https://uchi.ru" TargetMode="External"/><Relationship Id="rId339" Type="http://schemas.openxmlformats.org/officeDocument/2006/relationships/hyperlink" Target="https://resh.edu.ru" TargetMode="External"/><Relationship Id="rId78" Type="http://schemas.openxmlformats.org/officeDocument/2006/relationships/hyperlink" Target="http://nsportal.ru/nachalnaya" TargetMode="External"/><Relationship Id="rId99" Type="http://schemas.openxmlformats.org/officeDocument/2006/relationships/hyperlink" Target="http://nachalka.com/" TargetMode="External"/><Relationship Id="rId101" Type="http://schemas.openxmlformats.org/officeDocument/2006/relationships/hyperlink" Target="http://festival.1septe/" TargetMode="External"/><Relationship Id="rId122" Type="http://schemas.openxmlformats.org/officeDocument/2006/relationships/hyperlink" Target="http://school/" TargetMode="External"/><Relationship Id="rId143" Type="http://schemas.openxmlformats.org/officeDocument/2006/relationships/hyperlink" Target="https://resh.edu.ru" TargetMode="External"/><Relationship Id="rId164" Type="http://schemas.openxmlformats.org/officeDocument/2006/relationships/hyperlink" Target="https://uchi.ru" TargetMode="External"/><Relationship Id="rId185" Type="http://schemas.openxmlformats.org/officeDocument/2006/relationships/hyperlink" Target="https://resh.edu.ru" TargetMode="External"/><Relationship Id="rId350" Type="http://schemas.openxmlformats.org/officeDocument/2006/relationships/hyperlink" Target="https://uchi.ru" TargetMode="External"/><Relationship Id="rId371" Type="http://schemas.openxmlformats.org/officeDocument/2006/relationships/hyperlink" Target="https://resh.edu.ru" TargetMode="External"/><Relationship Id="rId406" Type="http://schemas.openxmlformats.org/officeDocument/2006/relationships/hyperlink" Target="https://uchi.ru" TargetMode="External"/><Relationship Id="rId9" Type="http://schemas.openxmlformats.org/officeDocument/2006/relationships/hyperlink" Target="http://festival.1septe/" TargetMode="External"/><Relationship Id="rId210" Type="http://schemas.openxmlformats.org/officeDocument/2006/relationships/hyperlink" Target="https://uchi.ru" TargetMode="External"/><Relationship Id="rId392" Type="http://schemas.openxmlformats.org/officeDocument/2006/relationships/hyperlink" Target="https://uchi.ru" TargetMode="External"/><Relationship Id="rId427" Type="http://schemas.openxmlformats.org/officeDocument/2006/relationships/hyperlink" Target="https://resh.edu.ru" TargetMode="External"/><Relationship Id="rId448" Type="http://schemas.openxmlformats.org/officeDocument/2006/relationships/hyperlink" Target="https://uchi.ru" TargetMode="External"/><Relationship Id="rId469" Type="http://schemas.openxmlformats.org/officeDocument/2006/relationships/fontTable" Target="fontTable.xml"/><Relationship Id="rId26" Type="http://schemas.openxmlformats.org/officeDocument/2006/relationships/hyperlink" Target="http://www.uchportal.ru/" TargetMode="External"/><Relationship Id="rId231" Type="http://schemas.openxmlformats.org/officeDocument/2006/relationships/hyperlink" Target="https://resh.edu.ru" TargetMode="External"/><Relationship Id="rId252" Type="http://schemas.openxmlformats.org/officeDocument/2006/relationships/hyperlink" Target="https://uchi.ru" TargetMode="External"/><Relationship Id="rId273" Type="http://schemas.openxmlformats.org/officeDocument/2006/relationships/hyperlink" Target="https://resh.edu.ru" TargetMode="External"/><Relationship Id="rId294" Type="http://schemas.openxmlformats.org/officeDocument/2006/relationships/hyperlink" Target="https://uchi.ru" TargetMode="External"/><Relationship Id="rId308" Type="http://schemas.openxmlformats.org/officeDocument/2006/relationships/hyperlink" Target="https://uchi.ru" TargetMode="External"/><Relationship Id="rId329" Type="http://schemas.openxmlformats.org/officeDocument/2006/relationships/hyperlink" Target="https://resh.edu.ru" TargetMode="External"/><Relationship Id="rId47" Type="http://schemas.openxmlformats.org/officeDocument/2006/relationships/hyperlink" Target="http://www.uchportal.ru/" TargetMode="External"/><Relationship Id="rId68" Type="http://schemas.openxmlformats.org/officeDocument/2006/relationships/hyperlink" Target="http://www.uchportal.ru/" TargetMode="External"/><Relationship Id="rId89" Type="http://schemas.openxmlformats.org/officeDocument/2006/relationships/hyperlink" Target="http://www.uchportal.ru/" TargetMode="External"/><Relationship Id="rId112" Type="http://schemas.openxmlformats.org/officeDocument/2006/relationships/hyperlink" Target="http://nsc.1september.ru/uro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s://uchi.ru" TargetMode="External"/><Relationship Id="rId175" Type="http://schemas.openxmlformats.org/officeDocument/2006/relationships/hyperlink" Target="https://resh.edu.ru" TargetMode="External"/><Relationship Id="rId340" Type="http://schemas.openxmlformats.org/officeDocument/2006/relationships/hyperlink" Target="https://uchi.ru" TargetMode="External"/><Relationship Id="rId361" Type="http://schemas.openxmlformats.org/officeDocument/2006/relationships/hyperlink" Target="https://resh.edu.ru" TargetMode="External"/><Relationship Id="rId196" Type="http://schemas.openxmlformats.org/officeDocument/2006/relationships/hyperlink" Target="https://uchi.ru" TargetMode="External"/><Relationship Id="rId200" Type="http://schemas.openxmlformats.org/officeDocument/2006/relationships/hyperlink" Target="https://uchi.ru" TargetMode="External"/><Relationship Id="rId382" Type="http://schemas.openxmlformats.org/officeDocument/2006/relationships/hyperlink" Target="https://uchi.ru" TargetMode="External"/><Relationship Id="rId417" Type="http://schemas.openxmlformats.org/officeDocument/2006/relationships/hyperlink" Target="https://resh.edu.ru" TargetMode="External"/><Relationship Id="rId438" Type="http://schemas.openxmlformats.org/officeDocument/2006/relationships/hyperlink" Target="https://uchi.ru" TargetMode="External"/><Relationship Id="rId459" Type="http://schemas.openxmlformats.org/officeDocument/2006/relationships/hyperlink" Target="https://resh.edu.ru" TargetMode="External"/><Relationship Id="rId16" Type="http://schemas.openxmlformats.org/officeDocument/2006/relationships/hyperlink" Target="http://festival.1septe/" TargetMode="External"/><Relationship Id="rId221" Type="http://schemas.openxmlformats.org/officeDocument/2006/relationships/hyperlink" Target="https://resh.edu.ru" TargetMode="External"/><Relationship Id="rId242" Type="http://schemas.openxmlformats.org/officeDocument/2006/relationships/hyperlink" Target="https://uchi.ru" TargetMode="External"/><Relationship Id="rId263" Type="http://schemas.openxmlformats.org/officeDocument/2006/relationships/hyperlink" Target="https://resh.edu.ru" TargetMode="External"/><Relationship Id="rId284" Type="http://schemas.openxmlformats.org/officeDocument/2006/relationships/hyperlink" Target="https://uchi.ru" TargetMode="External"/><Relationship Id="rId319" Type="http://schemas.openxmlformats.org/officeDocument/2006/relationships/hyperlink" Target="https://resh.edu.ru" TargetMode="External"/><Relationship Id="rId470" Type="http://schemas.openxmlformats.org/officeDocument/2006/relationships/theme" Target="theme/theme1.xml"/><Relationship Id="rId37" Type="http://schemas.openxmlformats.org/officeDocument/2006/relationships/hyperlink" Target="http://festival.1septe/" TargetMode="External"/><Relationship Id="rId58" Type="http://schemas.openxmlformats.org/officeDocument/2006/relationships/hyperlink" Target="http://festival.1septe/" TargetMode="External"/><Relationship Id="rId79" Type="http://schemas.openxmlformats.org/officeDocument/2006/relationships/hyperlink" Target="http://festival.1septe/" TargetMode="External"/><Relationship Id="rId102" Type="http://schemas.openxmlformats.org/officeDocument/2006/relationships/hyperlink" Target="http://nachalka.com/" TargetMode="External"/><Relationship Id="rId123" Type="http://schemas.openxmlformats.org/officeDocument/2006/relationships/hyperlink" Target="http://school/" TargetMode="External"/><Relationship Id="rId144" Type="http://schemas.openxmlformats.org/officeDocument/2006/relationships/hyperlink" Target="https://uchi.ru" TargetMode="External"/><Relationship Id="rId330" Type="http://schemas.openxmlformats.org/officeDocument/2006/relationships/hyperlink" Target="https://uchi.ru" TargetMode="External"/><Relationship Id="rId90" Type="http://schemas.openxmlformats.org/officeDocument/2006/relationships/hyperlink" Target="http://nsc.1september.ru/uro" TargetMode="External"/><Relationship Id="rId165" Type="http://schemas.openxmlformats.org/officeDocument/2006/relationships/hyperlink" Target="https://resh.edu.ru" TargetMode="External"/><Relationship Id="rId186" Type="http://schemas.openxmlformats.org/officeDocument/2006/relationships/hyperlink" Target="https://uchi.ru" TargetMode="External"/><Relationship Id="rId351" Type="http://schemas.openxmlformats.org/officeDocument/2006/relationships/hyperlink" Target="https://resh.edu.ru" TargetMode="External"/><Relationship Id="rId372" Type="http://schemas.openxmlformats.org/officeDocument/2006/relationships/hyperlink" Target="https://uchi.ru" TargetMode="External"/><Relationship Id="rId393" Type="http://schemas.openxmlformats.org/officeDocument/2006/relationships/hyperlink" Target="https://resh.edu.ru" TargetMode="External"/><Relationship Id="rId407" Type="http://schemas.openxmlformats.org/officeDocument/2006/relationships/hyperlink" Target="https://resh.edu.ru" TargetMode="External"/><Relationship Id="rId428" Type="http://schemas.openxmlformats.org/officeDocument/2006/relationships/hyperlink" Target="https://uchi.ru" TargetMode="External"/><Relationship Id="rId449" Type="http://schemas.openxmlformats.org/officeDocument/2006/relationships/hyperlink" Target="https://resh.edu.ru" TargetMode="External"/><Relationship Id="rId211" Type="http://schemas.openxmlformats.org/officeDocument/2006/relationships/hyperlink" Target="https://resh.edu.ru" TargetMode="External"/><Relationship Id="rId232" Type="http://schemas.openxmlformats.org/officeDocument/2006/relationships/hyperlink" Target="https://uchi.ru" TargetMode="External"/><Relationship Id="rId253" Type="http://schemas.openxmlformats.org/officeDocument/2006/relationships/hyperlink" Target="https://resh.edu.ru" TargetMode="External"/><Relationship Id="rId274" Type="http://schemas.openxmlformats.org/officeDocument/2006/relationships/hyperlink" Target="https://uchi.ru" TargetMode="External"/><Relationship Id="rId295" Type="http://schemas.openxmlformats.org/officeDocument/2006/relationships/hyperlink" Target="https://resh.edu.ru" TargetMode="External"/><Relationship Id="rId309" Type="http://schemas.openxmlformats.org/officeDocument/2006/relationships/hyperlink" Target="https://resh.edu.ru" TargetMode="External"/><Relationship Id="rId460" Type="http://schemas.openxmlformats.org/officeDocument/2006/relationships/hyperlink" Target="https://uchi.ru" TargetMode="External"/><Relationship Id="rId27" Type="http://schemas.openxmlformats.org/officeDocument/2006/relationships/hyperlink" Target="http://nsc.1september.ru/uro" TargetMode="External"/><Relationship Id="rId48" Type="http://schemas.openxmlformats.org/officeDocument/2006/relationships/hyperlink" Target="http://nsc.1september.ru/uro" TargetMode="External"/><Relationship Id="rId69" Type="http://schemas.openxmlformats.org/officeDocument/2006/relationships/hyperlink" Target="http://nsc.1september.ru/uro" TargetMode="External"/><Relationship Id="rId113" Type="http://schemas.openxmlformats.org/officeDocument/2006/relationships/hyperlink" Target="http://nsc.1september.ru/ind" TargetMode="External"/><Relationship Id="rId134" Type="http://schemas.openxmlformats.org/officeDocument/2006/relationships/hyperlink" Target="https://uchi.ru" TargetMode="External"/><Relationship Id="rId320" Type="http://schemas.openxmlformats.org/officeDocument/2006/relationships/hyperlink" Target="https://uchi.ru" TargetMode="External"/><Relationship Id="rId80" Type="http://schemas.openxmlformats.org/officeDocument/2006/relationships/hyperlink" Target="http://nachalka.com/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uchi.ru" TargetMode="External"/><Relationship Id="rId197" Type="http://schemas.openxmlformats.org/officeDocument/2006/relationships/hyperlink" Target="https://resh.edu.ru" TargetMode="External"/><Relationship Id="rId341" Type="http://schemas.openxmlformats.org/officeDocument/2006/relationships/hyperlink" Target="https://resh.edu.ru" TargetMode="External"/><Relationship Id="rId362" Type="http://schemas.openxmlformats.org/officeDocument/2006/relationships/hyperlink" Target="https://uchi.ru" TargetMode="External"/><Relationship Id="rId383" Type="http://schemas.openxmlformats.org/officeDocument/2006/relationships/hyperlink" Target="https://resh.edu.ru" TargetMode="External"/><Relationship Id="rId418" Type="http://schemas.openxmlformats.org/officeDocument/2006/relationships/hyperlink" Target="https://uchi.ru" TargetMode="External"/><Relationship Id="rId439" Type="http://schemas.openxmlformats.org/officeDocument/2006/relationships/hyperlink" Target="https://resh.edu.ru" TargetMode="External"/><Relationship Id="rId201" Type="http://schemas.openxmlformats.org/officeDocument/2006/relationships/hyperlink" Target="https://resh.edu.ru" TargetMode="External"/><Relationship Id="rId222" Type="http://schemas.openxmlformats.org/officeDocument/2006/relationships/hyperlink" Target="https://uchi.ru" TargetMode="External"/><Relationship Id="rId243" Type="http://schemas.openxmlformats.org/officeDocument/2006/relationships/hyperlink" Target="https://resh.edu.ru" TargetMode="External"/><Relationship Id="rId264" Type="http://schemas.openxmlformats.org/officeDocument/2006/relationships/hyperlink" Target="https://uchi.ru" TargetMode="External"/><Relationship Id="rId285" Type="http://schemas.openxmlformats.org/officeDocument/2006/relationships/hyperlink" Target="https://resh.edu.ru" TargetMode="External"/><Relationship Id="rId450" Type="http://schemas.openxmlformats.org/officeDocument/2006/relationships/hyperlink" Target="https://uchi.ru" TargetMode="External"/><Relationship Id="rId17" Type="http://schemas.openxmlformats.org/officeDocument/2006/relationships/hyperlink" Target="http://nachalka.com/" TargetMode="External"/><Relationship Id="rId38" Type="http://schemas.openxmlformats.org/officeDocument/2006/relationships/hyperlink" Target="http://nachalka.com/" TargetMode="External"/><Relationship Id="rId59" Type="http://schemas.openxmlformats.org/officeDocument/2006/relationships/hyperlink" Target="http://nachalka.com/" TargetMode="External"/><Relationship Id="rId103" Type="http://schemas.openxmlformats.org/officeDocument/2006/relationships/hyperlink" Target="http://nsportal.ru/nachalnaya" TargetMode="External"/><Relationship Id="rId124" Type="http://schemas.openxmlformats.org/officeDocument/2006/relationships/hyperlink" Target="http://school/" TargetMode="External"/><Relationship Id="rId310" Type="http://schemas.openxmlformats.org/officeDocument/2006/relationships/hyperlink" Target="https://uchi.ru" TargetMode="External"/><Relationship Id="rId70" Type="http://schemas.openxmlformats.org/officeDocument/2006/relationships/hyperlink" Target="http://nsc.1september.ru/ind" TargetMode="External"/><Relationship Id="rId91" Type="http://schemas.openxmlformats.org/officeDocument/2006/relationships/hyperlink" Target="http://nsc.1september.ru/ind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uchi.ru" TargetMode="External"/><Relationship Id="rId187" Type="http://schemas.openxmlformats.org/officeDocument/2006/relationships/hyperlink" Target="https://resh.edu.ru" TargetMode="External"/><Relationship Id="rId331" Type="http://schemas.openxmlformats.org/officeDocument/2006/relationships/hyperlink" Target="https://resh.edu.ru" TargetMode="External"/><Relationship Id="rId352" Type="http://schemas.openxmlformats.org/officeDocument/2006/relationships/hyperlink" Target="https://uchi.ru" TargetMode="External"/><Relationship Id="rId373" Type="http://schemas.openxmlformats.org/officeDocument/2006/relationships/hyperlink" Target="https://resh.edu.ru" TargetMode="External"/><Relationship Id="rId394" Type="http://schemas.openxmlformats.org/officeDocument/2006/relationships/hyperlink" Target="https://uchi.ru" TargetMode="External"/><Relationship Id="rId408" Type="http://schemas.openxmlformats.org/officeDocument/2006/relationships/hyperlink" Target="https://uchi.ru" TargetMode="External"/><Relationship Id="rId429" Type="http://schemas.openxmlformats.org/officeDocument/2006/relationships/hyperlink" Target="https://resh.edu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chi.ru" TargetMode="External"/><Relationship Id="rId233" Type="http://schemas.openxmlformats.org/officeDocument/2006/relationships/hyperlink" Target="https://resh.edu.ru" TargetMode="External"/><Relationship Id="rId254" Type="http://schemas.openxmlformats.org/officeDocument/2006/relationships/hyperlink" Target="https://uchi.ru" TargetMode="External"/><Relationship Id="rId440" Type="http://schemas.openxmlformats.org/officeDocument/2006/relationships/hyperlink" Target="https://uchi.ru" TargetMode="External"/><Relationship Id="rId28" Type="http://schemas.openxmlformats.org/officeDocument/2006/relationships/hyperlink" Target="http://nsc.1september.ru/ind" TargetMode="External"/><Relationship Id="rId49" Type="http://schemas.openxmlformats.org/officeDocument/2006/relationships/hyperlink" Target="http://nsc.1september.ru/ind" TargetMode="External"/><Relationship Id="rId114" Type="http://schemas.openxmlformats.org/officeDocument/2006/relationships/hyperlink" Target="http://school/" TargetMode="External"/><Relationship Id="rId275" Type="http://schemas.openxmlformats.org/officeDocument/2006/relationships/hyperlink" Target="https://resh.edu.ru" TargetMode="External"/><Relationship Id="rId296" Type="http://schemas.openxmlformats.org/officeDocument/2006/relationships/hyperlink" Target="https://uchi.ru" TargetMode="External"/><Relationship Id="rId300" Type="http://schemas.openxmlformats.org/officeDocument/2006/relationships/hyperlink" Target="https://uchi.ru" TargetMode="External"/><Relationship Id="rId461" Type="http://schemas.openxmlformats.org/officeDocument/2006/relationships/hyperlink" Target="https://resh.edu.ru" TargetMode="External"/><Relationship Id="rId60" Type="http://schemas.openxmlformats.org/officeDocument/2006/relationships/hyperlink" Target="http://rusedu.net/" TargetMode="External"/><Relationship Id="rId81" Type="http://schemas.openxmlformats.org/officeDocument/2006/relationships/hyperlink" Target="http://rusedu.net/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uchi.ru" TargetMode="External"/><Relationship Id="rId177" Type="http://schemas.openxmlformats.org/officeDocument/2006/relationships/hyperlink" Target="https://resh.edu.ru" TargetMode="External"/><Relationship Id="rId198" Type="http://schemas.openxmlformats.org/officeDocument/2006/relationships/hyperlink" Target="https://uchi.ru" TargetMode="External"/><Relationship Id="rId321" Type="http://schemas.openxmlformats.org/officeDocument/2006/relationships/hyperlink" Target="https://resh.edu.ru" TargetMode="External"/><Relationship Id="rId342" Type="http://schemas.openxmlformats.org/officeDocument/2006/relationships/hyperlink" Target="https://uchi.ru" TargetMode="External"/><Relationship Id="rId363" Type="http://schemas.openxmlformats.org/officeDocument/2006/relationships/hyperlink" Target="https://resh.edu.ru" TargetMode="External"/><Relationship Id="rId384" Type="http://schemas.openxmlformats.org/officeDocument/2006/relationships/hyperlink" Target="https://uchi.ru" TargetMode="External"/><Relationship Id="rId419" Type="http://schemas.openxmlformats.org/officeDocument/2006/relationships/hyperlink" Target="https://resh.edu.ru" TargetMode="External"/><Relationship Id="rId202" Type="http://schemas.openxmlformats.org/officeDocument/2006/relationships/hyperlink" Target="https://uchi.ru" TargetMode="External"/><Relationship Id="rId223" Type="http://schemas.openxmlformats.org/officeDocument/2006/relationships/hyperlink" Target="https://resh.edu.ru" TargetMode="External"/><Relationship Id="rId244" Type="http://schemas.openxmlformats.org/officeDocument/2006/relationships/hyperlink" Target="https://uchi.ru" TargetMode="External"/><Relationship Id="rId430" Type="http://schemas.openxmlformats.org/officeDocument/2006/relationships/hyperlink" Target="https://uchi.ru" TargetMode="External"/><Relationship Id="rId18" Type="http://schemas.openxmlformats.org/officeDocument/2006/relationships/hyperlink" Target="http://rusedu.net/" TargetMode="External"/><Relationship Id="rId39" Type="http://schemas.openxmlformats.org/officeDocument/2006/relationships/hyperlink" Target="http://rusedu.net/" TargetMode="External"/><Relationship Id="rId265" Type="http://schemas.openxmlformats.org/officeDocument/2006/relationships/hyperlink" Target="https://resh.edu.ru" TargetMode="External"/><Relationship Id="rId286" Type="http://schemas.openxmlformats.org/officeDocument/2006/relationships/hyperlink" Target="https://uchi.ru" TargetMode="External"/><Relationship Id="rId451" Type="http://schemas.openxmlformats.org/officeDocument/2006/relationships/hyperlink" Target="https://resh.edu.ru" TargetMode="External"/><Relationship Id="rId50" Type="http://schemas.openxmlformats.org/officeDocument/2006/relationships/hyperlink" Target="http://nsportal.ru/nachalnaya" TargetMode="External"/><Relationship Id="rId104" Type="http://schemas.openxmlformats.org/officeDocument/2006/relationships/hyperlink" Target="http://festival.1septe/" TargetMode="External"/><Relationship Id="rId125" Type="http://schemas.openxmlformats.org/officeDocument/2006/relationships/hyperlink" Target="http://school/" TargetMode="External"/><Relationship Id="rId146" Type="http://schemas.openxmlformats.org/officeDocument/2006/relationships/hyperlink" Target="https://uchi.ru" TargetMode="External"/><Relationship Id="rId167" Type="http://schemas.openxmlformats.org/officeDocument/2006/relationships/hyperlink" Target="https://resh.edu.ru" TargetMode="External"/><Relationship Id="rId188" Type="http://schemas.openxmlformats.org/officeDocument/2006/relationships/hyperlink" Target="https://uchi.ru" TargetMode="External"/><Relationship Id="rId311" Type="http://schemas.openxmlformats.org/officeDocument/2006/relationships/hyperlink" Target="https://resh.edu.ru" TargetMode="External"/><Relationship Id="rId332" Type="http://schemas.openxmlformats.org/officeDocument/2006/relationships/hyperlink" Target="https://uchi.ru" TargetMode="External"/><Relationship Id="rId353" Type="http://schemas.openxmlformats.org/officeDocument/2006/relationships/hyperlink" Target="https://resh.edu.ru" TargetMode="External"/><Relationship Id="rId374" Type="http://schemas.openxmlformats.org/officeDocument/2006/relationships/hyperlink" Target="https://uchi.ru" TargetMode="External"/><Relationship Id="rId395" Type="http://schemas.openxmlformats.org/officeDocument/2006/relationships/hyperlink" Target="https://resh.edu.ru" TargetMode="External"/><Relationship Id="rId409" Type="http://schemas.openxmlformats.org/officeDocument/2006/relationships/hyperlink" Target="https://resh.edu.ru" TargetMode="External"/><Relationship Id="rId71" Type="http://schemas.openxmlformats.org/officeDocument/2006/relationships/hyperlink" Target="http://nsportal.ru/nachalnaya" TargetMode="External"/><Relationship Id="rId92" Type="http://schemas.openxmlformats.org/officeDocument/2006/relationships/hyperlink" Target="http://nsportal.ru/nachalnaya" TargetMode="External"/><Relationship Id="rId213" Type="http://schemas.openxmlformats.org/officeDocument/2006/relationships/hyperlink" Target="https://resh.edu.ru" TargetMode="External"/><Relationship Id="rId234" Type="http://schemas.openxmlformats.org/officeDocument/2006/relationships/hyperlink" Target="https://uchi.ru" TargetMode="External"/><Relationship Id="rId420" Type="http://schemas.openxmlformats.org/officeDocument/2006/relationships/hyperlink" Target="https://uchi.ru" TargetMode="External"/><Relationship Id="rId2" Type="http://schemas.openxmlformats.org/officeDocument/2006/relationships/styles" Target="styles.xml"/><Relationship Id="rId29" Type="http://schemas.openxmlformats.org/officeDocument/2006/relationships/hyperlink" Target="http://nsportal.ru/nachalnaya" TargetMode="External"/><Relationship Id="rId255" Type="http://schemas.openxmlformats.org/officeDocument/2006/relationships/hyperlink" Target="https://resh.edu.ru" TargetMode="External"/><Relationship Id="rId276" Type="http://schemas.openxmlformats.org/officeDocument/2006/relationships/hyperlink" Target="https://uchi.ru" TargetMode="External"/><Relationship Id="rId297" Type="http://schemas.openxmlformats.org/officeDocument/2006/relationships/hyperlink" Target="https://resh.edu.ru" TargetMode="External"/><Relationship Id="rId441" Type="http://schemas.openxmlformats.org/officeDocument/2006/relationships/hyperlink" Target="https://resh.edu.ru" TargetMode="External"/><Relationship Id="rId462" Type="http://schemas.openxmlformats.org/officeDocument/2006/relationships/hyperlink" Target="https://uchi.ru" TargetMode="External"/><Relationship Id="rId40" Type="http://schemas.openxmlformats.org/officeDocument/2006/relationships/hyperlink" Target="http://www.uchportal.ru/" TargetMode="External"/><Relationship Id="rId115" Type="http://schemas.openxmlformats.org/officeDocument/2006/relationships/hyperlink" Target="http://school/" TargetMode="External"/><Relationship Id="rId136" Type="http://schemas.openxmlformats.org/officeDocument/2006/relationships/hyperlink" Target="https://uchi.ru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uchi.ru" TargetMode="External"/><Relationship Id="rId301" Type="http://schemas.openxmlformats.org/officeDocument/2006/relationships/hyperlink" Target="https://resh.edu.ru" TargetMode="External"/><Relationship Id="rId322" Type="http://schemas.openxmlformats.org/officeDocument/2006/relationships/hyperlink" Target="https://uchi.ru" TargetMode="External"/><Relationship Id="rId343" Type="http://schemas.openxmlformats.org/officeDocument/2006/relationships/hyperlink" Target="https://resh.edu.ru" TargetMode="External"/><Relationship Id="rId364" Type="http://schemas.openxmlformats.org/officeDocument/2006/relationships/hyperlink" Target="https://uchi.ru" TargetMode="External"/><Relationship Id="rId61" Type="http://schemas.openxmlformats.org/officeDocument/2006/relationships/hyperlink" Target="http://www.uchportal.ru/" TargetMode="External"/><Relationship Id="rId82" Type="http://schemas.openxmlformats.org/officeDocument/2006/relationships/hyperlink" Target="http://www.uchportal.ru/" TargetMode="External"/><Relationship Id="rId199" Type="http://schemas.openxmlformats.org/officeDocument/2006/relationships/hyperlink" Target="https://resh.edu.ru" TargetMode="External"/><Relationship Id="rId203" Type="http://schemas.openxmlformats.org/officeDocument/2006/relationships/hyperlink" Target="https://resh.edu.ru" TargetMode="External"/><Relationship Id="rId385" Type="http://schemas.openxmlformats.org/officeDocument/2006/relationships/hyperlink" Target="https://resh.edu.ru" TargetMode="External"/><Relationship Id="rId19" Type="http://schemas.openxmlformats.org/officeDocument/2006/relationships/hyperlink" Target="http://www.uchportal.ru/" TargetMode="External"/><Relationship Id="rId224" Type="http://schemas.openxmlformats.org/officeDocument/2006/relationships/hyperlink" Target="https://uchi.ru" TargetMode="External"/><Relationship Id="rId245" Type="http://schemas.openxmlformats.org/officeDocument/2006/relationships/hyperlink" Target="https://resh.edu.ru" TargetMode="External"/><Relationship Id="rId266" Type="http://schemas.openxmlformats.org/officeDocument/2006/relationships/hyperlink" Target="https://uchi.ru" TargetMode="External"/><Relationship Id="rId287" Type="http://schemas.openxmlformats.org/officeDocument/2006/relationships/hyperlink" Target="https://resh.edu.ru" TargetMode="External"/><Relationship Id="rId410" Type="http://schemas.openxmlformats.org/officeDocument/2006/relationships/hyperlink" Target="https://uchi.ru" TargetMode="External"/><Relationship Id="rId431" Type="http://schemas.openxmlformats.org/officeDocument/2006/relationships/hyperlink" Target="https://resh.edu.ru" TargetMode="External"/><Relationship Id="rId452" Type="http://schemas.openxmlformats.org/officeDocument/2006/relationships/hyperlink" Target="https://uchi.ru" TargetMode="External"/><Relationship Id="rId30" Type="http://schemas.openxmlformats.org/officeDocument/2006/relationships/hyperlink" Target="http://festival.1septe/" TargetMode="External"/><Relationship Id="rId105" Type="http://schemas.openxmlformats.org/officeDocument/2006/relationships/hyperlink" Target="http://nachalka.com/" TargetMode="External"/><Relationship Id="rId126" Type="http://schemas.openxmlformats.org/officeDocument/2006/relationships/hyperlink" Target="http://school/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uchi.ru" TargetMode="External"/><Relationship Id="rId312" Type="http://schemas.openxmlformats.org/officeDocument/2006/relationships/hyperlink" Target="https://uchi.ru" TargetMode="External"/><Relationship Id="rId333" Type="http://schemas.openxmlformats.org/officeDocument/2006/relationships/hyperlink" Target="https://resh.edu.ru" TargetMode="External"/><Relationship Id="rId354" Type="http://schemas.openxmlformats.org/officeDocument/2006/relationships/hyperlink" Target="https://uchi.ru" TargetMode="External"/><Relationship Id="rId51" Type="http://schemas.openxmlformats.org/officeDocument/2006/relationships/hyperlink" Target="http://festival.1septe/" TargetMode="External"/><Relationship Id="rId72" Type="http://schemas.openxmlformats.org/officeDocument/2006/relationships/hyperlink" Target="http://festival.1septe/" TargetMode="External"/><Relationship Id="rId93" Type="http://schemas.openxmlformats.org/officeDocument/2006/relationships/hyperlink" Target="http://festival.1septe/" TargetMode="External"/><Relationship Id="rId189" Type="http://schemas.openxmlformats.org/officeDocument/2006/relationships/hyperlink" Target="https://resh.edu.ru" TargetMode="External"/><Relationship Id="rId375" Type="http://schemas.openxmlformats.org/officeDocument/2006/relationships/hyperlink" Target="https://resh.edu.ru" TargetMode="External"/><Relationship Id="rId396" Type="http://schemas.openxmlformats.org/officeDocument/2006/relationships/hyperlink" Target="https://uchi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chi.ru" TargetMode="External"/><Relationship Id="rId235" Type="http://schemas.openxmlformats.org/officeDocument/2006/relationships/hyperlink" Target="https://resh.edu.ru" TargetMode="External"/><Relationship Id="rId256" Type="http://schemas.openxmlformats.org/officeDocument/2006/relationships/hyperlink" Target="https://uchi.ru" TargetMode="External"/><Relationship Id="rId277" Type="http://schemas.openxmlformats.org/officeDocument/2006/relationships/hyperlink" Target="https://resh.edu.ru" TargetMode="External"/><Relationship Id="rId298" Type="http://schemas.openxmlformats.org/officeDocument/2006/relationships/hyperlink" Target="https://uchi.ru" TargetMode="External"/><Relationship Id="rId400" Type="http://schemas.openxmlformats.org/officeDocument/2006/relationships/hyperlink" Target="https://uchi.ru" TargetMode="External"/><Relationship Id="rId421" Type="http://schemas.openxmlformats.org/officeDocument/2006/relationships/hyperlink" Target="https://resh.edu.ru" TargetMode="External"/><Relationship Id="rId442" Type="http://schemas.openxmlformats.org/officeDocument/2006/relationships/hyperlink" Target="https://uchi.ru" TargetMode="External"/><Relationship Id="rId463" Type="http://schemas.openxmlformats.org/officeDocument/2006/relationships/hyperlink" Target="https://resh.edu.ru" TargetMode="External"/><Relationship Id="rId116" Type="http://schemas.openxmlformats.org/officeDocument/2006/relationships/hyperlink" Target="http://school/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uchi.ru" TargetMode="External"/><Relationship Id="rId302" Type="http://schemas.openxmlformats.org/officeDocument/2006/relationships/hyperlink" Target="https://uchi.ru" TargetMode="External"/><Relationship Id="rId323" Type="http://schemas.openxmlformats.org/officeDocument/2006/relationships/hyperlink" Target="https://resh.edu.ru" TargetMode="External"/><Relationship Id="rId344" Type="http://schemas.openxmlformats.org/officeDocument/2006/relationships/hyperlink" Target="https://uchi.ru" TargetMode="External"/><Relationship Id="rId20" Type="http://schemas.openxmlformats.org/officeDocument/2006/relationships/hyperlink" Target="http://nsc.1september.ru/uro" TargetMode="External"/><Relationship Id="rId41" Type="http://schemas.openxmlformats.org/officeDocument/2006/relationships/hyperlink" Target="http://nsc.1september.ru/uro" TargetMode="External"/><Relationship Id="rId62" Type="http://schemas.openxmlformats.org/officeDocument/2006/relationships/hyperlink" Target="http://nsc.1september.ru/uro" TargetMode="External"/><Relationship Id="rId83" Type="http://schemas.openxmlformats.org/officeDocument/2006/relationships/hyperlink" Target="http://nsc.1september.ru/uro" TargetMode="External"/><Relationship Id="rId179" Type="http://schemas.openxmlformats.org/officeDocument/2006/relationships/hyperlink" Target="https://resh.edu.ru" TargetMode="External"/><Relationship Id="rId365" Type="http://schemas.openxmlformats.org/officeDocument/2006/relationships/hyperlink" Target="https://resh.edu.ru" TargetMode="External"/><Relationship Id="rId386" Type="http://schemas.openxmlformats.org/officeDocument/2006/relationships/hyperlink" Target="https://uchi.ru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uchi.ru" TargetMode="External"/><Relationship Id="rId225" Type="http://schemas.openxmlformats.org/officeDocument/2006/relationships/hyperlink" Target="https://resh.edu.ru" TargetMode="External"/><Relationship Id="rId246" Type="http://schemas.openxmlformats.org/officeDocument/2006/relationships/hyperlink" Target="https://uchi.ru" TargetMode="External"/><Relationship Id="rId267" Type="http://schemas.openxmlformats.org/officeDocument/2006/relationships/hyperlink" Target="https://resh.edu.ru" TargetMode="External"/><Relationship Id="rId288" Type="http://schemas.openxmlformats.org/officeDocument/2006/relationships/hyperlink" Target="https://uchi.ru" TargetMode="External"/><Relationship Id="rId411" Type="http://schemas.openxmlformats.org/officeDocument/2006/relationships/hyperlink" Target="https://resh.edu.ru" TargetMode="External"/><Relationship Id="rId432" Type="http://schemas.openxmlformats.org/officeDocument/2006/relationships/hyperlink" Target="https://uchi.ru" TargetMode="External"/><Relationship Id="rId453" Type="http://schemas.openxmlformats.org/officeDocument/2006/relationships/hyperlink" Target="https://resh.edu.ru" TargetMode="External"/><Relationship Id="rId106" Type="http://schemas.openxmlformats.org/officeDocument/2006/relationships/hyperlink" Target="http://nsc.1september.ru/uro" TargetMode="External"/><Relationship Id="rId127" Type="http://schemas.openxmlformats.org/officeDocument/2006/relationships/hyperlink" Target="http://school/" TargetMode="External"/><Relationship Id="rId313" Type="http://schemas.openxmlformats.org/officeDocument/2006/relationships/hyperlink" Target="https://resh.edu.ru" TargetMode="External"/><Relationship Id="rId10" Type="http://schemas.openxmlformats.org/officeDocument/2006/relationships/hyperlink" Target="http://nachalka.com/" TargetMode="External"/><Relationship Id="rId31" Type="http://schemas.openxmlformats.org/officeDocument/2006/relationships/hyperlink" Target="http://nachalka.com/" TargetMode="External"/><Relationship Id="rId52" Type="http://schemas.openxmlformats.org/officeDocument/2006/relationships/hyperlink" Target="http://nachalka.com/" TargetMode="External"/><Relationship Id="rId73" Type="http://schemas.openxmlformats.org/officeDocument/2006/relationships/hyperlink" Target="http://nachalka.com/" TargetMode="External"/><Relationship Id="rId94" Type="http://schemas.openxmlformats.org/officeDocument/2006/relationships/hyperlink" Target="http://nachalka.com/" TargetMode="External"/><Relationship Id="rId148" Type="http://schemas.openxmlformats.org/officeDocument/2006/relationships/hyperlink" Target="https://uchi.ru" TargetMode="External"/><Relationship Id="rId169" Type="http://schemas.openxmlformats.org/officeDocument/2006/relationships/hyperlink" Target="https://resh.edu.ru" TargetMode="External"/><Relationship Id="rId334" Type="http://schemas.openxmlformats.org/officeDocument/2006/relationships/hyperlink" Target="https://uchi.ru" TargetMode="External"/><Relationship Id="rId355" Type="http://schemas.openxmlformats.org/officeDocument/2006/relationships/hyperlink" Target="https://resh.edu.ru" TargetMode="External"/><Relationship Id="rId376" Type="http://schemas.openxmlformats.org/officeDocument/2006/relationships/hyperlink" Target="https://uchi.ru" TargetMode="External"/><Relationship Id="rId397" Type="http://schemas.openxmlformats.org/officeDocument/2006/relationships/hyperlink" Target="https://resh.edu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chi.ru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s://uchi.ru" TargetMode="External"/><Relationship Id="rId257" Type="http://schemas.openxmlformats.org/officeDocument/2006/relationships/hyperlink" Target="https://resh.edu.ru" TargetMode="External"/><Relationship Id="rId278" Type="http://schemas.openxmlformats.org/officeDocument/2006/relationships/hyperlink" Target="https://uchi.ru" TargetMode="External"/><Relationship Id="rId401" Type="http://schemas.openxmlformats.org/officeDocument/2006/relationships/hyperlink" Target="https://resh.edu.ru" TargetMode="External"/><Relationship Id="rId422" Type="http://schemas.openxmlformats.org/officeDocument/2006/relationships/hyperlink" Target="https://uchi.ru" TargetMode="External"/><Relationship Id="rId443" Type="http://schemas.openxmlformats.org/officeDocument/2006/relationships/hyperlink" Target="https://resh.edu.ru" TargetMode="External"/><Relationship Id="rId464" Type="http://schemas.openxmlformats.org/officeDocument/2006/relationships/hyperlink" Target="https://uchi.ru" TargetMode="External"/><Relationship Id="rId303" Type="http://schemas.openxmlformats.org/officeDocument/2006/relationships/hyperlink" Target="https://resh.edu.ru" TargetMode="External"/><Relationship Id="rId42" Type="http://schemas.openxmlformats.org/officeDocument/2006/relationships/hyperlink" Target="http://nsc.1september.ru/ind" TargetMode="External"/><Relationship Id="rId84" Type="http://schemas.openxmlformats.org/officeDocument/2006/relationships/hyperlink" Target="http://nsc.1september.ru/ind" TargetMode="External"/><Relationship Id="rId138" Type="http://schemas.openxmlformats.org/officeDocument/2006/relationships/hyperlink" Target="https://uchi.ru" TargetMode="External"/><Relationship Id="rId345" Type="http://schemas.openxmlformats.org/officeDocument/2006/relationships/hyperlink" Target="https://resh.edu.ru" TargetMode="External"/><Relationship Id="rId387" Type="http://schemas.openxmlformats.org/officeDocument/2006/relationships/hyperlink" Target="https://resh.edu.ru" TargetMode="External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s://resh.edu.ru" TargetMode="External"/><Relationship Id="rId247" Type="http://schemas.openxmlformats.org/officeDocument/2006/relationships/hyperlink" Target="https://resh.edu.ru" TargetMode="External"/><Relationship Id="rId412" Type="http://schemas.openxmlformats.org/officeDocument/2006/relationships/hyperlink" Target="https://uchi.ru" TargetMode="External"/><Relationship Id="rId107" Type="http://schemas.openxmlformats.org/officeDocument/2006/relationships/hyperlink" Target="http://nsc.1september.ru/ind" TargetMode="External"/><Relationship Id="rId289" Type="http://schemas.openxmlformats.org/officeDocument/2006/relationships/hyperlink" Target="https://resh.edu.ru" TargetMode="External"/><Relationship Id="rId454" Type="http://schemas.openxmlformats.org/officeDocument/2006/relationships/hyperlink" Target="https://uchi.ru" TargetMode="External"/><Relationship Id="rId11" Type="http://schemas.openxmlformats.org/officeDocument/2006/relationships/hyperlink" Target="http://rusedu.net/" TargetMode="External"/><Relationship Id="rId53" Type="http://schemas.openxmlformats.org/officeDocument/2006/relationships/hyperlink" Target="http://rusedu.net/" TargetMode="External"/><Relationship Id="rId149" Type="http://schemas.openxmlformats.org/officeDocument/2006/relationships/hyperlink" Target="https://resh.edu.ru" TargetMode="External"/><Relationship Id="rId314" Type="http://schemas.openxmlformats.org/officeDocument/2006/relationships/hyperlink" Target="https://uchi.ru" TargetMode="External"/><Relationship Id="rId356" Type="http://schemas.openxmlformats.org/officeDocument/2006/relationships/hyperlink" Target="https://uchi.ru" TargetMode="External"/><Relationship Id="rId398" Type="http://schemas.openxmlformats.org/officeDocument/2006/relationships/hyperlink" Target="https://uchi.ru" TargetMode="External"/><Relationship Id="rId95" Type="http://schemas.openxmlformats.org/officeDocument/2006/relationships/hyperlink" Target="http://rusedu.net/" TargetMode="External"/><Relationship Id="rId160" Type="http://schemas.openxmlformats.org/officeDocument/2006/relationships/hyperlink" Target="https://uchi.ru" TargetMode="External"/><Relationship Id="rId216" Type="http://schemas.openxmlformats.org/officeDocument/2006/relationships/hyperlink" Target="https://uchi.ru" TargetMode="External"/><Relationship Id="rId423" Type="http://schemas.openxmlformats.org/officeDocument/2006/relationships/hyperlink" Target="https://resh.edu.ru" TargetMode="External"/><Relationship Id="rId258" Type="http://schemas.openxmlformats.org/officeDocument/2006/relationships/hyperlink" Target="https://uchi.ru" TargetMode="External"/><Relationship Id="rId465" Type="http://schemas.openxmlformats.org/officeDocument/2006/relationships/hyperlink" Target="https://resh.edu.ru" TargetMode="External"/><Relationship Id="rId22" Type="http://schemas.openxmlformats.org/officeDocument/2006/relationships/hyperlink" Target="http://nsportal.ru/nachalnaya" TargetMode="External"/><Relationship Id="rId64" Type="http://schemas.openxmlformats.org/officeDocument/2006/relationships/hyperlink" Target="http://nsportal.ru/nachalnaya" TargetMode="External"/><Relationship Id="rId118" Type="http://schemas.openxmlformats.org/officeDocument/2006/relationships/hyperlink" Target="http://school/" TargetMode="External"/><Relationship Id="rId325" Type="http://schemas.openxmlformats.org/officeDocument/2006/relationships/hyperlink" Target="https://resh.edu.ru" TargetMode="External"/><Relationship Id="rId367" Type="http://schemas.openxmlformats.org/officeDocument/2006/relationships/hyperlink" Target="https://resh.edu.ru" TargetMode="External"/><Relationship Id="rId171" Type="http://schemas.openxmlformats.org/officeDocument/2006/relationships/hyperlink" Target="https://resh.edu.ru" TargetMode="External"/><Relationship Id="rId227" Type="http://schemas.openxmlformats.org/officeDocument/2006/relationships/hyperlink" Target="https://resh.edu.ru" TargetMode="External"/><Relationship Id="rId269" Type="http://schemas.openxmlformats.org/officeDocument/2006/relationships/hyperlink" Target="https://resh.edu.ru" TargetMode="External"/><Relationship Id="rId434" Type="http://schemas.openxmlformats.org/officeDocument/2006/relationships/hyperlink" Target="https://uchi.ru" TargetMode="External"/><Relationship Id="rId33" Type="http://schemas.openxmlformats.org/officeDocument/2006/relationships/hyperlink" Target="http://www.uchportal.ru/" TargetMode="External"/><Relationship Id="rId129" Type="http://schemas.openxmlformats.org/officeDocument/2006/relationships/hyperlink" Target="https://resh.edu.ru" TargetMode="External"/><Relationship Id="rId280" Type="http://schemas.openxmlformats.org/officeDocument/2006/relationships/hyperlink" Target="https://uchi.ru" TargetMode="External"/><Relationship Id="rId336" Type="http://schemas.openxmlformats.org/officeDocument/2006/relationships/hyperlink" Target="https://uchi.ru" TargetMode="External"/><Relationship Id="rId75" Type="http://schemas.openxmlformats.org/officeDocument/2006/relationships/hyperlink" Target="http://www.uchportal.ru/" TargetMode="External"/><Relationship Id="rId140" Type="http://schemas.openxmlformats.org/officeDocument/2006/relationships/hyperlink" Target="https://uchi.ru" TargetMode="External"/><Relationship Id="rId182" Type="http://schemas.openxmlformats.org/officeDocument/2006/relationships/hyperlink" Target="https://uchi.ru" TargetMode="External"/><Relationship Id="rId378" Type="http://schemas.openxmlformats.org/officeDocument/2006/relationships/hyperlink" Target="https://uchi.ru" TargetMode="External"/><Relationship Id="rId403" Type="http://schemas.openxmlformats.org/officeDocument/2006/relationships/hyperlink" Target="https://resh.edu.ru" TargetMode="External"/><Relationship Id="rId6" Type="http://schemas.openxmlformats.org/officeDocument/2006/relationships/hyperlink" Target="http://nsc.1september.ru/uro" TargetMode="External"/><Relationship Id="rId238" Type="http://schemas.openxmlformats.org/officeDocument/2006/relationships/hyperlink" Target="https://uchi.ru" TargetMode="External"/><Relationship Id="rId445" Type="http://schemas.openxmlformats.org/officeDocument/2006/relationships/hyperlink" Target="https://resh.edu.ru" TargetMode="External"/><Relationship Id="rId291" Type="http://schemas.openxmlformats.org/officeDocument/2006/relationships/hyperlink" Target="https://resh.edu.ru" TargetMode="External"/><Relationship Id="rId305" Type="http://schemas.openxmlformats.org/officeDocument/2006/relationships/hyperlink" Target="https://resh.edu.ru" TargetMode="External"/><Relationship Id="rId347" Type="http://schemas.openxmlformats.org/officeDocument/2006/relationships/hyperlink" Target="https://resh.edu.ru" TargetMode="External"/><Relationship Id="rId44" Type="http://schemas.openxmlformats.org/officeDocument/2006/relationships/hyperlink" Target="http://festival.1septe/" TargetMode="External"/><Relationship Id="rId86" Type="http://schemas.openxmlformats.org/officeDocument/2006/relationships/hyperlink" Target="http://festival.1septe/" TargetMode="External"/><Relationship Id="rId151" Type="http://schemas.openxmlformats.org/officeDocument/2006/relationships/hyperlink" Target="https://resh.edu.ru" TargetMode="External"/><Relationship Id="rId389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13881</Words>
  <Characters>79126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2023-11-01T12:17:00Z</dcterms:created>
  <dcterms:modified xsi:type="dcterms:W3CDTF">2023-11-02T06:58:00Z</dcterms:modified>
</cp:coreProperties>
</file>